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Abstract für die Abschlussarbeit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das Gerüst für ein Abstract auf Deutsch und auf Englisch, je mit fünf Abschnitten und Schlüsselwörtern. Kein fertiger Text, sondern die Struktur, in der ein Abstract gelesen wird.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Anleitungsseite, sobald du fertig bist.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zuerst die deutsche Fassung fertig, erst danach die englische. Eine Übersetzung Satz für Satz liest sich fremd.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Halte dich an den Umfang deiner Hochschule, meist 150 bis 250 Wörter je Sprache.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Nenn konkrete Zahlen: Stichprobengröße, Zeitraum, zentrales Ergebnis. Ein Abstract ohne Zahl bleibt vage.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Wähl die fünf Schlüsselwörter erst, wenn der Text steht. Sie sollen die Suche nach deiner Arbeit treffen, nicht den Titel wiederholen.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Abstracts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Abstract wird zur Inhaltsangabe statt zur Zusammenfassung des Ergebnisses. Die Leserin will wissen, was herauskam, nicht nur, worum es geht.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Futur statt Präteritum: „Es wird untersucht“ verrät, dass die Arbeit beim Schreiben noch nicht fertig war.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Zahlen fehlen ganz, obwohl sie im Ergebnisteil stehen.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englische Fassung wägt Aussagen anders als die deutsche, etwa vorsichtiger oder deutlicher.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Abkürzungen ohne Erklärung: das Abstract steht oft allein in Datenbanken, ohne den Rest der Arbeit daneben.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Formalia auf einen Blick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Umfang: meist 150 bis 250 Wörter je Sprache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Zeitform: Präteritum für die eigenen Ergebnisse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Abkürzung ohne einmalige Erklärung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Fünf Schlüsselwörter, keine Wiederholung des Titels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der Abgabe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Zwei Sprachen bedeuten doppelte Fehlerquellen. Wir lesen beide Fassungen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Abstract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 der Arbeit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wörtlich wie auf dem Deckblatt]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Verfasserin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Studiengang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[Studiengang], [Hochschule]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Umfang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[150 bis 250 Wörter]</w:t>
            </w:r>
          </w:p>
        </w:tc>
      </w:tr>
    </w:tbl>
    <w:p>
      <w:pPr>
        <w:spacing w:before="0" w:after="0" w:line="276" w:lineRule="auto"/>
      </w:pPr>
    </w:p>
    <w:p>
      <w:pPr>
        <w:pStyle w:val="Heading1"/>
      </w:pPr>
      <w:r>
        <w:t>Hintergrund und Problem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[Worum geht es, und welches Problem behandelt die Arbeit? Zwei bis drei Sätze.]</w:t>
      </w:r>
    </w:p>
    <w:p>
      <w:pPr>
        <w:pStyle w:val="Heading1"/>
      </w:pPr>
      <w:r>
        <w:t>Ziel und Forschungsfrage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war das Ziel, und wie lautete die Forschungsfrage in einem Satz?]</w:t>
      </w:r>
    </w:p>
    <w:p>
      <w:pPr>
        <w:pStyle w:val="Heading1"/>
      </w:pPr>
      <w:r>
        <w:t>Methode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[Welches Vorgehen, welche Daten, welcher Umfang? Nenn die Stichprobengröße oder den Datensatz konkret.]</w:t>
      </w:r>
    </w:p>
    <w:p>
      <w:pPr>
        <w:pStyle w:val="Heading1"/>
      </w:pPr>
      <w:r>
        <w:t>Ergebnisse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kam heraus? Mit Zahl oder zentralem Befund, im Präteritum formuliert.]</w:t>
      </w:r>
    </w:p>
    <w:p>
      <w:pPr>
        <w:pStyle w:val="Heading1"/>
      </w:pPr>
      <w:r>
        <w:t>Schlussfolgerung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[Was folgt daraus, und wo liegt die Grenze der Arbeit?]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SCHLÜSSELWÖRTER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[Begriff 1], [Begriff 2], [Begriff 3], [Begriff 4], [Begriff 5]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Abstract (English)</w:t>
      </w:r>
    </w:p>
    <w:p>
      <w:pPr>
        <w:pStyle w:val="Heading1"/>
      </w:pPr>
      <w:r>
        <w:t>Background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[What is the topic, and which problem does the thesis address? Two to three sentences.]</w:t>
      </w:r>
    </w:p>
    <w:p>
      <w:pPr>
        <w:pStyle w:val="Heading1"/>
      </w:pPr>
      <w:r>
        <w:t>Aim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[What was the aim, and what was the research question in one sentence?]</w:t>
      </w:r>
    </w:p>
    <w:p>
      <w:pPr>
        <w:pStyle w:val="Heading1"/>
      </w:pPr>
      <w:r>
        <w:t>Methods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[Which approach, which data, which scope? State the sample size or data set explicitly.]</w:t>
      </w:r>
    </w:p>
    <w:p>
      <w:pPr>
        <w:pStyle w:val="Heading1"/>
      </w:pPr>
      <w:r>
        <w:t>Results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[What was found? State a figure or the main finding, in past tense.]</w:t>
      </w:r>
    </w:p>
    <w:p>
      <w:pPr>
        <w:pStyle w:val="Heading1"/>
      </w:pPr>
      <w:r>
        <w:t>Conclusion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[What follows from this, and where is the limit of the study?]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KEYWORDS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[Keyword 1], [Keyword 2], [Keyword 3], [Keyword 4], [Keyword 5]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Abstract: Vorlage auf Deutsch und Englisch</dc:title>
  <dc:subject>Geruest mit Hintergrund, Ziel, Methode, Ergebnissen und Schlussfolgerung</dc:subject>
  <dc:creator>korrektur.de</dc:creator>
  <cp:keywords>Abstract, Vorlage, Muster, Bachelorarbeit, Masterarbeit, Zusammenfassung, Keywords, Schlüsselwörter, Word</cp:keywords>
  <dc:description>Kostenlose Vorlage von korrektur.de. Aktuelle Fassung: https://korrektur.de/abstract-schreiben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