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Anrede und Grußformel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die Anredeformen von formell bis locker, die Kommasetzung danach, die gängigen Grußformeln und die Besonderheiten der E-Mail.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Bewerbungen, Geschäftsbriefe, E-Mails an Behörden, Dozentinnen und Dozenten: überall dort, wo Anrede und Grußformel zum ersten Eindruck gehören.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Anrede, Komma danach und Grußformel gegen diesen Zettel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selten Briefe oder förmliche E-Mails schreiben.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Nach der Anrede fehlt das Komma, oder es folgt ein Ausrufezeichen statt eines Kommas.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Nach der Grußformel steht ein Komma oder ein Punkt, den es dort nicht braucht.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„Sie“ und „Ihnen“ werden im laufenden Text kleingeschrieben, obwohl die Höflichkeitsform großgeschrieben wird.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Grußformel passt nicht zum Anlass: „MfG“ in einer Bewerbung oder „Hochachtungsvoll“ in einer lockeren Mail.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Eine unpassende Anrede oder Grußformel fällt vor dem eigentlichen Text schon auf.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AUSDRUCK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Anrede und Grußformel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Nach der Anrede steht ein Komma, danach geht es klein weiter, außer bei einem großgeschriebenen Wort. Nach der Grußformel steht weder Komma noch Punkt.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Anredeformen nach Anlass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Anrede</w:t>
            </w:r>
          </w:p>
        </w:tc>
        <w:tc>
          <w:tcPr>
            <w:tcW w:type="dxa" w:w="481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Anlass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Sehr geehrte Damen und Herren,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Empfänger unbekannt, sehr formell, Bewerbung ohne Ansprechperson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Sehr geehrte Frau Professorin Müller,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formell, mit Titel, erster Kontakt an der Hochschule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Guten Tag Frau Müller,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formell, aber etwas weniger distanziert als „Sehr geehrte“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Liebe Frau Müller,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formell mit persönlicher Note, nach längerem Kontakt üblich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Hallo Anna,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kollegial, unter Kolleginnen und Kollegen oder nach Absprache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Hi,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locker, nur im privaten oder sehr informellen Rahmen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Komma, Großschreibung, Titel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Nach der Anrede steht ein Komma, der Text geht danach klein weiter: „Sehr geehrte Frau Müller, vielen Dank für Ihre Nachricht.“ Ein Ausrufezeichen nach der Anrede ist im Deutschen unüblich und wirkt in formellen Texten veraltet.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„Sie“, „Ihnen“ und „Ihr“ werden in der Anrede und im Brief immer großgeschrieben. „du“, „dir“ und „dein“ werden kleingeschrieben, in Briefen ist die Großschreibung als Höflichkeitsform aber ausdrücklich zulässig.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In der Anrede steht nur der höchste Titel: „Sehr geehrte Frau Professorin Müller“, nicht zusätzlich „Doktor“. Akademische Grade wie „M. A.“ oder „B. Sc.“ gehören nicht in die Anrede, nur in die Signatur.</w:t>
      </w: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Grußformeln nach Anlass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Grußformel</w:t>
            </w:r>
          </w:p>
        </w:tc>
        <w:tc>
          <w:tcPr>
            <w:tcW w:type="dxa" w:w="481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Anlass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Mit freundlichen Grüßen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Standard für formelle Briefe und E-Mails, immer passend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Freundliche Grüße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formell, etwas kürzer, ebenfalls verbreitet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Mit besten Grüßen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formell, leicht persönlicher als „Mit freundlichen Grüßen“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Viele Grüße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halbformell, unter Kolleginnen und Kollegen oder nach Erstkontakt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Liebe Grüße / Herzliche Grüße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persönlich, im privaten oder sehr vertrauten Kontext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Beste Grüße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kollegial, in vielen Unternehmen üblich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MfG / LG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nur privat oder intern, in offiziellen Schreiben zu knapp</w:t>
            </w:r>
          </w:p>
        </w:tc>
      </w:tr>
      <w:tr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Hochachtungsvoll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veraltet, heute nur noch in seltenen sehr formellen Anlässen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Nach der Grußformel steht weder Komma noch Punkt, der Name folgt in der nächsten Zeile: „Mit freundlichen Grüßen“, Zeilenumbruch, „Anna Beispiel“.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Besonderheiten der E-Mail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Betreff ist aussagekräftig und nennt das Anliegen, nicht nur „Frage“ oder „Anfrage“.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Auch eine kurze E-Mail bekommt eine Anrede, kein Direktstart mit dem Anliegen.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In einer längeren Kettenmail darf die Anrede nach dem ersten Kontakt lockerer werden, etwa nur noch „Hallo Frau Müller,“.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Signatur mit Name, Funktion und Kontaktdaten ersetzt keine Grußformel davor.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Richtig oder falsch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7009"/>
        <w:gridCol w:w="2629"/>
      </w:tblGrid>
      <w:tr>
        <w:tc>
          <w:tcPr>
            <w:tcW w:type="dxa" w:w="700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Beispiel</w:t>
            </w:r>
          </w:p>
        </w:tc>
        <w:tc>
          <w:tcPr>
            <w:tcW w:type="dxa" w:w="262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Richtig?</w:t>
            </w:r>
          </w:p>
        </w:tc>
      </w:tr>
      <w:tr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Sehr geehrte Frau Müller! Vielen Dank für Ihre Nachricht.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falsch, Ausrufezeichen statt Komma nach der Anrede</w:t>
            </w:r>
          </w:p>
        </w:tc>
      </w:tr>
      <w:tr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Sehr geehrte Frau Müller, vielen Dank für Ihre Nachricht.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richtig</w:t>
            </w:r>
          </w:p>
        </w:tc>
      </w:tr>
      <w:tr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Mit freundlichen Grüßen,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falsch, kein Komma nach der Grußformel</w:t>
            </w:r>
          </w:p>
        </w:tc>
      </w:tr>
      <w:tr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Mit freundlichen Grüßen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richtig, Name folgt in der nächsten Zeile</w:t>
            </w:r>
          </w:p>
        </w:tc>
      </w:tr>
      <w:tr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ich hoffe, sie erhalten die Unterlagen rechtzeitig.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falsch, „Sie“ als Höflichkeitsform muss großgeschrieben werden</w:t>
            </w:r>
          </w:p>
        </w:tc>
      </w:tr>
      <w:tr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ich hoffe, Sie erhalten die Unterlagen rechtzeitig.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richtig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Anrede und Grußformel: Merkzettel für Brief und E-Mail</dc:title>
  <dc:subject>Merkzettel zum Ausdrucken, zwei Seiten</dc:subject>
  <dc:creator>korrektur.de</dc:creator>
  <cp:keywords>Anrede, Grußformel, Mit freundlichen Grüßen, Brief, E-Mail, Merkzettel, Deutsch</cp:keywords>
  <dc:description>Kostenlose Vorlage von korrektur.de. Aktuelle Fassung: https://korrektur.de/mit-freundlichen-gruessen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