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Literaturverzeichnis nach APA 7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stehen zwölf Quellenarten als fertige Zeilen nach der 7. Auflage des APA-Manuals, von der Monografie bis zur KI-Quelle. Seite 3 zeigt die Kurzbelege im Text und die wichtigsten Unterschiede zur 6. Auflage. Du ersetzt nur, was in eckigen Klammern steht, und löschst die Zeilen, die du nicht brauchst.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damit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Seite. Sie gehört nicht in die Abgabe.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Prüf, ob dein Lehrstuhl die deutsche Anpassung der DGPs verlangt. Sie ändert Kleinigkeiten: „und“ statt „&amp;“ im Text, „Hrsg.“ statt „Ed.“, „S.“ statt „p.“. Die Vorlage folgt der deutschen Fassung.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Setz den hängenden Einzug: Absatz markieren, Absatz, Sondereinzug „Hängend“, 1,27 cm. Nicht mit Leerzeichen oder Tabulator bauen.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Sortiere alphabetisch nach dem Nachnamen der ersten Person. Mehrere Werke derselben Person: nach Jahr, das älteste zuerst; gleiches Jahr: 2023a, 2023b.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in der Korrektur an APA-Verzeichnissen auffällt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Verlagsort steht noch drin. Seit APA 7 fällt er weg.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„Abgerufen am“ vor jeder Internetadresse. Das Datum gehört nur zu Seiten, die sich laufend ändern, etwa Wikipedia oder Social Media.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DOI fehlt, obwohl der Aufsatz einen hat. Er gehört immer als Link dazu: https://doi.org/...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Bei drei und mehr Personen steht im Text noch „Müller, Schmidt und Weber (2020)“. Seit APA 7 heißt es ab der ersten Nennung „Müller et al. (2020)“.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Titel von Büchern und Zeitschriften sind nicht kursiv gesetzt, Aufsatztitel dagegen schon. Es ist genau umgekehrt.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Vor der Abgabe geprüft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Jede Quelle im Verzeichnis steht auch im Text, und umgekehrt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Hängender Einzug 1,27 cm, Zeilenabstand wie im Text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Kein Verlagsort, DOI als Link, kein Punkt hinter DOI oder URL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Buch- und Zeitschriftentitel kursiv, Aufsatztitel gerade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Zitierweise mit prüfen lassen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Form, Vollständigkeit und Einheitlichkeit der Belege gehören zur Korrektur dazu. Wir lesen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Sie folgt der 7. Auflage des APA-Manuals in der deutschen Anpassung; im Zweifel gilt das Merkblatt deines Lehrstuhls.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Literaturverzeichnis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Muster nach APA 7. Kursiv gesetzt werden Buchtitel, Zeitschriftenname und Jahrgang. Ersetze die eckigen Klammern und lösche, was du nicht brauchst.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MONOGRAFIE (BUCH MIT EINER ODER MEHREREN AUTORINNEN)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[Nachname], [V.] ([Jahr]). [Titel des Buches: Untertitel] ([Auflage]. Aufl.). [Verlag]. https://doi.org/[DOI, falls vorhanden]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[Nachname], [V.], [Nachname], [W.] &amp; [Nachname], [X.] ([Jahr]). [Titel des Buches]. [Verlag].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HERAUSGEGEBENES WERK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[Nachname], [V.] (Hrsg.). ([Jahr]). [Titel des Sammelbands]. [Verlag].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KAPITEL IN EINEM SAMMELBAND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[Nachname], [V.] ([Jahr]). [Titel des Kapitels]. In [V. Nachname] &amp; [W. Nachname] (Hrsg.), [Titel des Sammelbands] (S. [Seite]–[Seite]). [Verlag].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AUFSATZ IN EINER FACHZEITSCHRIFT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[Nachname], [V.] &amp; [Nachname], [W.] ([Jahr]). [Titel des Aufsatzes]. [Name der Zeitschrift], [Jahrgang]([Heft]), [Seite]–[Seite]. https://doi.org/[DOI]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Ohne DOI und ohne Heftnummer: die Angabe endet nach den Seiten mit einem Punkt. Ab 21 Personen: die ersten 19, dann drei Punkte, dann die letzte.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ZEITUNGS- ODER MAGAZINARTIKEL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[Nachname], [V.] ([Jahr], [TT]. [Monat]). [Titel des Artikels]. [Name der Zeitung], [Seite]. [Adresse, falls online]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DISSERTATION ODER MASTERARBEIT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[Nachname], [V.] ([Jahr]). [Titel der Arbeit] [Dissertation, Name der Hochschule]. [Name des Repositoriums]. [Adresse]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BERICHT EINER ORGANISATION (AUTOR UND HERAUSGEBER GLEICH)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[Name der Organisation]. ([Jahr]). [Titel des Berichts] (Berichtsnummer [Nr.], falls vorhanden). [Adresse]</w:t>
      </w:r>
    </w:p>
    <w:p>
      <w:r>
        <w:br w:type="page"/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INTERNETSEITE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[Nachname], [V.] oder [Organisation]. ([Jahr], [TT]. [Monat]). [Titel der Seite]. [Name der Website]. [Adresse]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[Organisation]. (o. D.). [Titel der Seite]. Abgerufen am [TT]. [Monat] [Jahr] von [Adresse]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„o. D.“ heißt ohne Datum. Das Abrufdatum gehört nur zu Seiten, die sich laufend ändern und keine Versionen führen.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GESETZ ODER NORM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[Kurztitel des Gesetzes] in der Fassung vom [TT.MM.JJJJ] (BGBl. I S. [Seite]), zuletzt geändert durch [Artikel] des Gesetzes vom [TT.MM.JJJJ] (BGBl. I S. [Seite]).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VIDEO ODER PODCAST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[Nachname], [V.] oder [Kanalname]. ([Jahr], [TT]. [Monat]). [Titel des Videos] [Video]. YouTube. [Adresse]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KI-QUELLE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[Anbieter]. ([Jahr]). [Name des Modells] ([Version]) [Großes Sprachmodell]. [Adresse]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 Antwort selbst ist nicht belegfähig. Nenne im Methodenteil, wofür du das Modell benutzt hast, und belege den Inhalt mit einer prüfbaren Quelle.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KURZBELEGE IM TEXT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948"/>
        <w:gridCol w:w="5840"/>
      </w:tblGrid>
      <w:tr>
        <w:tc>
          <w:tcPr>
            <w:tcW w:type="dxa" w:w="294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Eine Person</w:t>
            </w:r>
          </w:p>
        </w:tc>
        <w:tc>
          <w:tcPr>
            <w:tcW w:type="dxa" w:w="5840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(Müller, 2021) oder Müller (2021) zeigt ...</w:t>
            </w:r>
          </w:p>
        </w:tc>
      </w:tr>
      <w:tr>
        <w:tc>
          <w:tcPr>
            <w:tcW w:type="dxa" w:w="294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Zwei Personen</w:t>
            </w:r>
          </w:p>
        </w:tc>
        <w:tc>
          <w:tcPr>
            <w:tcW w:type="dxa" w:w="5840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(Müller &amp; Schmidt, 2021), im Satz: Müller und Schmidt (2021)</w:t>
            </w:r>
          </w:p>
        </w:tc>
      </w:tr>
      <w:tr>
        <w:tc>
          <w:tcPr>
            <w:tcW w:type="dxa" w:w="294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Drei und mehr</w:t>
            </w:r>
          </w:p>
        </w:tc>
        <w:tc>
          <w:tcPr>
            <w:tcW w:type="dxa" w:w="5840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(Müller et al., 2021), schon bei der ersten Nennung</w:t>
            </w:r>
          </w:p>
        </w:tc>
      </w:tr>
      <w:tr>
        <w:tc>
          <w:tcPr>
            <w:tcW w:type="dxa" w:w="294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Wörtliches Zitat</w:t>
            </w:r>
          </w:p>
        </w:tc>
        <w:tc>
          <w:tcPr>
            <w:tcW w:type="dxa" w:w="5840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(Müller, 2021, S. 14) oder bei Internetquellen ohne Seiten (Müller, 2021, Abs. 3)</w:t>
            </w:r>
          </w:p>
        </w:tc>
      </w:tr>
      <w:tr>
        <w:tc>
          <w:tcPr>
            <w:tcW w:type="dxa" w:w="294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Organisation</w:t>
            </w:r>
          </w:p>
        </w:tc>
        <w:tc>
          <w:tcPr>
            <w:tcW w:type="dxa" w:w="5840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erste Nennung (Statistisches Bundesamt [Destatis], 2022), danach (Destatis, 2022)</w:t>
            </w:r>
          </w:p>
        </w:tc>
      </w:tr>
      <w:tr>
        <w:tc>
          <w:tcPr>
            <w:tcW w:type="dxa" w:w="294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Sekundärzitat</w:t>
            </w:r>
          </w:p>
        </w:tc>
        <w:tc>
          <w:tcPr>
            <w:tcW w:type="dxa" w:w="5840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(Weber, 1995, zitiert nach Müller, 2021), nur Müller kommt ins Verzeichnis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APA 6 UND APA 7: WAS SICH GEÄNDERT HAT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948"/>
        <w:gridCol w:w="5840"/>
      </w:tblGrid>
      <w:tr>
        <w:tc>
          <w:tcPr>
            <w:tcW w:type="dxa" w:w="294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Verlagsort</w:t>
            </w:r>
          </w:p>
        </w:tc>
        <w:tc>
          <w:tcPr>
            <w:tcW w:type="dxa" w:w="5840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APA 6: Berlin: Springer. APA 7: nur Springer.</w:t>
            </w:r>
          </w:p>
        </w:tc>
      </w:tr>
      <w:tr>
        <w:tc>
          <w:tcPr>
            <w:tcW w:type="dxa" w:w="294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Et al. im Text</w:t>
            </w:r>
          </w:p>
        </w:tc>
        <w:tc>
          <w:tcPr>
            <w:tcW w:type="dxa" w:w="5840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APA 6 ab sechs Personen, APA 7 ab drei.</w:t>
            </w:r>
          </w:p>
        </w:tc>
      </w:tr>
      <w:tr>
        <w:tc>
          <w:tcPr>
            <w:tcW w:type="dxa" w:w="294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Namen im Verzeichnis</w:t>
            </w:r>
          </w:p>
        </w:tc>
        <w:tc>
          <w:tcPr>
            <w:tcW w:type="dxa" w:w="5840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APA 6 bis sieben, APA 7 bis zwanzig.</w:t>
            </w:r>
          </w:p>
        </w:tc>
      </w:tr>
      <w:tr>
        <w:tc>
          <w:tcPr>
            <w:tcW w:type="dxa" w:w="294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DOI</w:t>
            </w:r>
          </w:p>
        </w:tc>
        <w:tc>
          <w:tcPr>
            <w:tcW w:type="dxa" w:w="5840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APA 6: doi:10.xxx, APA 7: https://doi.org/10.xxx</w:t>
            </w:r>
          </w:p>
        </w:tc>
      </w:tr>
    </w:tbl>
    <w:p>
      <w:pPr>
        <w:spacing w:before="0" w:after="0" w:line="276" w:lineRule="auto"/>
      </w:pPr>
    </w:p>
    <w:sectPr w:rsidR="00FC693F" w:rsidRPr="0006063C" w:rsidSect="00034616">
      <w:footerReference w:type="default" r:id="rId12"/>
      <w:pgSz w:w="11906" w:h="16838"/>
      <w:pgMar w:top="1417" w:right="1417" w:bottom="1134" w:left="1701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APA-Literaturverzeichnis: Vorlage nach APA 7</dc:title>
  <dc:subject>Zwölf Quellenarten als fertige Zeilen, dazu die Kurzbelege im Text</dc:subject>
  <dc:creator>korrektur.de</dc:creator>
  <cp:keywords>APA, APA 7, Literaturverzeichnis, Zitieren, Quellenangabe, Kurzbeleg, Vorlage, Muster, Word</cp:keywords>
  <dc:description>Kostenlose Vorlage von korrektur.de. Aktuelle Fassung: https://korrektur.de/apa-zitierweise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