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Bericht schreiben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drei Berichtsformen hintereinander: der Wochenbericht fürs Berichtsheft, der Laborbericht und der Praxisbericht. Nimm die Seite, die du brauchst, und lösch den Rest.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Die Zeitform entscheidet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 Bericht steht im Präteritum und in der Sachsprache: 'Die Probe wurde erhitzt', nicht 'Ich habe dann mal erhitzt'. Beim Laborbericht ist das Passiv üblich, im Praxisbericht darf die Reflexion in der Ich-Form stehen.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 und die beiden Formen, die du nicht brauchst.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Schreib zuerst auf, was passiert ist, ohne es zu bewerten. Die Trennung von Beobachtung und Bewertung ist der halbe Bericht.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Setz Zahlen dorthin, wo Zahlen hingehören: Mengen, Zeiten, Messwerte mit Einheit.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Schreib die Reflexion zuletzt, mit Abstand von einem Tag.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Lass das Datum und deine Unterschrift nie weg: ohne beides ist ein Bericht kein Nachweis.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Berichte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Tagebuch statt Bericht. 'Dann sind wir in die Pause gegangen' gehört nicht hinein.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Bewertung ohne Beobachtung. Wer 'lief gut' schreibt, muss sagen, woran er das gemerkt hat.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Fehlende Einheiten und Messunsicherheiten im Laborteil.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Alles im Präsens. Ein Bericht schaut zurück.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Namen von Kundinnen, Patienten oder Kindern im Klartext. Anonymisieren, immer.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der Abgabe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Zeitform durchgehend Präteritum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Beobachtung und Bewertung getrennt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Zahlen mit Einheit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Namen anonymisiert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Datum und Unterschrift stehen drunter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Bericht vor der Abgabe prüfen lassen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Rechtschreibung, Grammatik und Ausdruck, ohne den Inhalt zu verändern: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Wochenbericht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Name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Ausbildungsberuf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[Beruf], [Ausbildungsjahr]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Betrieb, Abteilung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[Unternehmen], [Abteilung]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Berichtswoche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 bis [TT.MM.JJJJ], Nr. [X]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BETRIEBLICHE TÄTIGKEITEN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474"/>
        <w:gridCol w:w="7881"/>
      </w:tblGrid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Tag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Tätigkeit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Std.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Montag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[Was wurde gemacht, mit Werkzeug und Ziel]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[8]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Dienstag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[Tätigkeit]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[8]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Mittwoch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[Tätigkeit]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[8]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Donnerstag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[Tätigkeit]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[8]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Freitag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[Tätigkeit]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[8]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BERUFSSCHULE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[Lernfeld oder Fach]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[Thema des Unterrichts]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[Lernfeld oder Fach]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[Thema des Unterrichts]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UNTERWEISUNG UND BESONDERES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Sicherheitsunterweisung, Schulung, Prüfung, Ausfall: alles, was von der normalen Woche abweicht.</w:t>
      </w:r>
    </w:p>
    <w:p>
      <w:pPr>
        <w:spacing w:before="0" w:after="30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 Auszubildende/r]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 Ausbilder/in]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Laborbericht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Versuch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[Nummer und Titel]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Durchgeführt am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Gruppe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[Namen], Betreuung: [Name]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ZIEL DES VERSUCHS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Was soll gemessen oder gezeigt werden, in zwei Sätzen.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THEORETISCHER HINTERGRUND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Die Gleichungen, mit denen gerechnet wird, mit Quelle und Nummer.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AUFBAU UND DURCHFÜHRUNG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Geräte mit Typ und Messbereich, dann der Ablauf im Passiv und im Präteritum. So knapp, dass jemand anders den Versuch wiederholen kann.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MESSWERTE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474"/>
        <w:gridCol w:w="7881"/>
      </w:tblGrid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Nr.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Größe [Einheit]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Messwert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Unsicherheit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1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[x]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[Wert]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[± Wert]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2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[x]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[Wert]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[± Wert]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AUSWERTUNG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Rechenweg an einem Beispiel vollständig zeigen, danach die Ergebnistabelle. Diagramme mit beschrifteten Achsen und Einheiten.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FEHLERBETRACHTUNG UND FAZIT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Woher stammen die Abweichungen: Gerät, Ablesung, Umgebung. Zum Schluss ein Satz, ob das Ziel erreicht wurde.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Praxisbericht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Verfasser/in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Nachname], [Matrikelnummer]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Studiengang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[Studiengang], [Semester]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Einrichtung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[Name], [Ort]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Zeitraum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 bis [TT.MM.JJJJ], [X] Wochen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EINLEITUNG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Warum diese Einrichtung, welche Erwartung bestand, was dieser Bericht behandelt.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DIE EINRICHTUNG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Träger, Auftrag, Größe, Zielgruppe und der eigene Platz im Team. Keine Werbebroschüre abschreiben.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AUFGABEN UND TÄTIGKEITEN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Die Arbeit in Blöcken statt in Tagen: was war die Aufgabe, wie bist du vorgegangen, was war das Ergebnis.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EINE SITUATION GENAUER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041"/>
        <w:gridCol w:w="7314"/>
      </w:tblGrid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Situation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[Was ist passiert, sachlich und anonymisiert]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Mein Handeln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[Was hast du getan, und warum gerade das]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Wirkung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[Was daraufhin geschah]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Theorie dazu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[Begriff, Modell oder Konzept mit Quelle]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Nächstes Mal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[Was du anders machen würdest]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FAZIT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Erwartung vom Anfang gegen die Erfahrung halten, dazu zwei Lernpunkte für das Studium oder den Beruf.</w:t>
      </w:r>
    </w:p>
    <w:p>
      <w:pPr>
        <w:spacing w:before="0" w:after="2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[Unterschrift]</w:t>
      </w:r>
    </w:p>
    <w:sectPr w:rsidR="00FC693F" w:rsidRPr="0006063C" w:rsidSect="00034616">
      <w:footerReference w:type="default" r:id="rId12"/>
      <w:pgSz w:w="11906" w:h="16838"/>
      <w:pgMar w:top="1134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Bericht schreiben: drei fertige Formen</dc:title>
  <dc:subject>Wochenbericht, Laborbericht und Praxisbericht in einer Datei</dc:subject>
  <dc:creator>korrektur.de</dc:creator>
  <cp:keywords>Bericht, Wochenbericht, Berichtsheft, Laborbericht, Praxisbericht, Vorlage, Muster, Word, Ausbildung</cp:keywords>
  <dc:description>Kostenlose Vorlage von korrektur.de. Aktuelle Fassung: https://korrektur.de/bericht-schreiben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