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E-Mail an den Betreuer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vier Musterschreiben: eine Betreuungsanfrage mit kurzem Themenvorschlag, eine Bitte um ein Gespräch, eine freundliche Nachfrage nach zwei Wochen ohne Antwort und die Mitteilung einer Themen- oder Zeitplanänderung. Pass Anrede, Betreff und Anliegen an deine Situation an.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Wähl das passende Muster für deine Situation und lösch die übrigen drei.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Trag Namen, Studiengang und Matrikelnummer ein, das macht die Mail direkt zuordenbar.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Formulier den Betreff konkret, mit Studiengang und Stichwort zum Anliegen.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Lies die Mail vor dem Senden laut und kürze jeden Satz, der nicht zum Anliegen gehört.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Mails an Betreuende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Betreff fehlt oder bleibt allgemein, dadurch geht die Mail im Postfach unter.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Anrede ist falsch, etwa der Titel fehlt oder der Name ist falsch geschrieben.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konkretes Anliegen, die Mail bleibt vage und fordert keine Entscheidung 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Anhang wird angekündigt, aber vergessen, das kostet eine zweite Mail.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Nachfrage klingt vorwurfsvoll, obwohl zwei Wochen ohne Antwort im laufenden Semester normal sind.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Abschluss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Betreff konkret und aussagekräftig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Anrede korrekt mit Titel und Namen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Anliegen in ein bis zwei Sätzen klar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Anhang angehängt, falls angekündigt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Matrikelnummer und Studiengang in der Signatur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die Mail rausgeht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Auch eine kurze Mail wirkt nur mit sauberer Sprache. Wir lesen Texte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E-Mail an den Betreuer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MUSTER 1: BETREUUNGSANFRAGE</w:t>
      </w: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Betreff: Anfrage zur Betreuung meiner Bachelorarbeit im Bereich [Themenfeld]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geehrte/r Frau/Herr [Nachname],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studiere [Studiengang] im [Semesterzahl]. Semester und möchte meine Bachelorarbeit im Bereich [Themenfeld] schreiben. Mein Themenvorschlag lautet: [kurzer Themenvorschlag in ein bis zwei Sätzen].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Wäre eine Betreuung durch Sie möglich? Gerne stelle ich das Thema in einem kurzen Gespräch genauer vor.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[Matrikelnummer, Studiengang]</w:t>
      </w:r>
    </w:p>
    <w:p>
      <w:pPr>
        <w:spacing w:before="0" w:after="26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MUSTER 2: BITTE UM EIN GESPRÄCH</w:t>
      </w: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Betreff: Bitte um einen Gesprächstermin zur Bachelorarbeit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geehrte/r Frau/Herr [Nachname],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zu meiner Bachelorarbeit mit dem Arbeitstitel [Titel der Arbeit] sind einige Fragen zu [Fragestellung oder Methode] offen. Könnten wir dazu einen kurzen Termin vereinbaren?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Folgende Zeiten passen mir: [Termin 1], [Termin 2]. Gerne richte ich mich aber auch nach Ihrem Kalender.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[Matrikelnummer, Studiengang]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Weitere Musterschreiben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MUSTER 3: FREUNDLICHE NACHFRAGE</w:t>
      </w: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Betreff: Kurze Nachfrage zu meiner Anfrage vom [TT.MM.JJJJ]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geehrte/r Frau/Herr [Nachname],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 zwei Wochen hatte ich Ihnen zu [Anliegen] geschrieben. Da ich noch keine Rückmeldung erhalten habe, wollte ich kurz nachfragen, ob mein Anliegen bei Ihnen angekommen ist.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Falls noch Unterlagen oder Informationen von mir fehlen, teile ich Ihnen diese gern kurzfristig mit.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[Matrikelnummer, Studiengang]</w:t>
      </w:r>
    </w:p>
    <w:p>
      <w:pPr>
        <w:spacing w:before="0" w:after="26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MUSTER 4: THEMEN- ODER ZEITPLANÄNDERUNG</w:t>
      </w: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Betreff: Änderung bei meiner Bachelorarbeit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geehrte/r Frau/Herr [Nachname],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im Zuge meiner Arbeit hat sich [das Thema oder der Zeitplan] geändert: [kurze Beschreibung der Änderung in ein bis zwei Sätzen].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wollte Sie darüber informieren und bei Bedarf kurz besprechen, ob dies für Sie so in Ordnung ist.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[Matrikelnummer, Studiengang]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E-Mail an den Betreuer</dc:title>
  <dc:subject>Vier Musterschreiben: Anfrage, Terminbitte, Nachfrage, Themenänderung</dc:subject>
  <dc:creator>korrektur.de</dc:creator>
  <cp:keywords>E-Mail an den Betreuer, Betreuungsanfrage, Vorlage, Muster, Bachelorarbeit, Masterarbeit, Betreuungsperson, Word</cp:keywords>
  <dc:description>Kostenlose Vorlage von korrektur.de. Aktuelle Fassung: https://korrektur.de/betreuer-bachelorarbeit-finden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