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Danksagung und Vorwort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zwei eigene Blätter: die Danksagung mit einer fertigen Kurzfassung und das Vorwort mit einer Tabelle, die beide Formen voneinander abgrenzt. Nimm nur eine der beiden, nie beide zugleich.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Prüf zuerst die Ordnung deiner Hochschule. Manche Fächer verlangen ein Vorwort statt einer Danksagung oder lehnen beides ab.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Bleib bei der Danksagung unter einer halben Seite. Länger wirkt sie wie eine Rede, nicht wie ein Absatz.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Nenn private Personen nur mit Vornamen, außer sie haben der Nennung mit Nachnamen ausdrücklich zugestimmt.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Setz die Danksagung an die Stelle, die deine Ordnung vorsieht: meist vor, manchmal hinter dem Inhaltsverzeichnis.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Korrektur an Danksagungen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Danksagung ist länger als eine halbe Seite.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Betreuung wird mit falschem Titel angesprochen.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Private Namen stehen mit Nachnamen, ohne dass eine Einwilligung dazu vorliegt.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Dank steht vor dem Inhaltsverzeichnis, obwohl die Ordnung ihn hinten verlangt.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Vorwort wiederholt den Inhalt der Einleitung statt die Entstehung der Arbeit zu erklären.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Einfügen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Nur Danksagung oder nur Vorwort, nicht beides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Länge unter einer halben Seite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Titel und Namen korrekt geschrieben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Position im Dokument stimmt mit der Ordnung überein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Sprache vor der Abgabe prüfen lassen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Auch eine kurze Danksagung soll fehlerfrei sein. Wir lesen sie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Danksagung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Ohne die Unterstützung einiger Menschen wäre diese Arbeit nicht so entstanden, wie sie jetzt vorliegt. Mein erster Dank gilt [Titel Vorname Nachname] für die Betreuung, die konstruktive Rückmeldung und die verlässlichen Rückmeldezeiten während der gesamten Bearbeitungszeit.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Bedanken möchte ich mich außerdem bei [Unternehmen oder Institution] und bei allen Befragten, die sich für die Erhebung Zeit genommen und offen geantwortet haben, ohne die diese Arbeit in dieser Form nicht möglich gewesen wäre.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Nicht zuletzt danke ich [Vorname] und meiner Familie für den Rückhalt und das Verständnis in einer Zeit, in der vieles andere zurückstehen musste.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KURZFASSUNG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Ich danke [Titel Vorname Nachname] für die Betreuung dieser Arbeit. Ebenso danke ich [Unternehmen oder Institution] und allen Befragten für ihre Unterstützung. Mein besonderer Dank gilt [Vorname] für den Rückhalt während der Bearbeitungszeit.</w:t>
      </w:r>
    </w:p>
    <w:p>
      <w:pPr>
        <w:spacing w:before="0" w:after="3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3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Vorwort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[Anlass und persönlicher Zugang: Wie kam es zu diesem Thema, und was verbindet dich persönlich damit? Zwei bis drei Sätze.]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[Entstehung und Kontext: In welchem Rahmen ist die Arbeit entstanden, mit welcher Institution oder welchem Projekt? Zwei bis drei Sätze.]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[Dank: Wem gilt der Dank, und wofür genau? Keine Wiederholung der Danksagung, sondern eine knappe eigene Fassung.]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[Hinweis zu Sprache und Gender: Welche Schreibweise verwendet die Arbeit, und warum? Ein Satz, der die Wahl kurz begründet.]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DANKSAGUNG ODER VORWORT?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294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Ort im Dokument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Danksagung: eigenes Blatt nahe dem Anfang; Vorwort: eigenes Blatt, oft vor der Einleitung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Länge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Danksagung: eine halbe Seite; Vorwort: bis zu einer Seite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Inhalt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Danksagung: Dank an konkrete Personen; Vorwort: Anlass, Entstehung und Zugang zum Thema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Ich-Form erlaubt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Danksagung: ja, üblich; Vorwort: ja, aber sachlicher als bei der Danksagung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Danksagung und Vorwort: Vorlage fuer die Abschlussarbeit</dc:title>
  <dc:subject>Zwei Formen, ihre Abgrenzung und eine fertige Kurzfassung</dc:subject>
  <dc:creator>korrektur.de</dc:creator>
  <cp:keywords>Danksagung, Vorwort, Vorlage, Muster, Bachelorarbeit, Masterarbeit, Dissertation</cp:keywords>
  <dc:description>Kostenlose Vorlage von korrektur.de. Aktuelle Fassung: https://korrektur.de/danksagung-bachelorarbeit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