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Deckblatt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fünf fertige Deckblätter: für die Hausarbeit, für die Bachelor- oder Masterarbeit, für die Facharbeit in der Schule, für die Seminararbeit und für den Praktikumsbericht. Nimm das eine, lösch die anderen vier Seiten.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Such das Blatt, das zu deiner Arbeit passt, und lösch die übrigen Seiten samt ihrer Seitenumbrüche.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Ersetz jede eckige Klammer. Was du nicht brauchst, löschst du ganz, statt die Klammer stehen zu lassen.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Vergleich das Ergebnis mit dem Merkblatt deiner Hochschule oder Schule. Steht dort eine Pflichtangabe, die hier fehlt, ergänz sie an derselben Stelle.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Das Deckblatt bekommt keine Seitenzahl und steht nicht im Inhaltsverzeichnis. In der Vorlage ist das bereits so eingestellt.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auf einem Deckblatt am häufigsten fehlt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Matrikelnummer. Ohne sie kann die Prüfungsverwaltung die Arbeit nicht zuordnen, und genau daran scheitern jedes Semester Abgaben.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Name der Veranstaltung. „Hausarbeit im Sommersemester“ reicht nicht: es zählt der Titel des Seminars.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eigene Titel als Aussage. „Thema: Social Media“ ist kein Titel, sondern ein Stichwort.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Abgabedatum. Gemeint ist der Tag der Abgabe, nicht der Tag, an dem du das Deckblatt geschrieben hast.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Zweitgutachten und Betreuung bei Abschlussarbeiten. Fehlt eine der beiden Personen, wirkt das Blatt unfertig.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Formalia, die für alle fünf Blätter gelten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Schrift wie im Rest der Arbeit, keine Zierschrift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Kein Bild, kein Logo der Hochschule, wenn es nicht verlangt ist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Der Titel steht mittig und deutlich größer als der Rest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Keine Seitenzahl, kein Eintrag im Inhaltsverzeichnis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Alles auf einer Seite, ohne Umbruch mitten in den Angaben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Vor der Abgabe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Das Deckblatt sitzt, jetzt zählt der Text dahinter. Wir lesen ihn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[Name der Hochschule]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[Institut oder Fachbereich]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[Seminar: Titel der Veranstaltung]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[Semester]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[Dozentin oder Dozent: Titel Vorname Nachname]</w:t>
      </w:r>
    </w:p>
    <w:p>
      <w:pPr>
        <w:spacing w:before="0" w:after="1780" w:line="20" w:lineRule="exact"/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[Titel der Hausarbeit]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[Untertitel, falls es einen gibt]</w:t>
      </w:r>
    </w:p>
    <w:p>
      <w:pPr>
        <w:spacing w:before="0" w:after="17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vorgelegt von: [Vorname Nachname]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Matrikelnummer: [Zahl]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Studiengang: [Fach], [Zahl]. Fachsemester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E-Mail: [E-Mail-Adresse]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Abgabedatum: [TT.MM.JJJJ]</w:t>
      </w:r>
    </w:p>
    <w:p>
      <w:r>
        <w:br w:type="page"/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[Name der Hochschule]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[Fakultät oder Fachbereich]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[Studiengang]</w:t>
      </w:r>
    </w:p>
    <w:p>
      <w:pPr>
        <w:spacing w:before="0" w:after="13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[Bachelorarbeit oder Masterarbeit]</w:t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[Titel der Arbeit]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[Untertitel, falls es einen gibt]</w:t>
      </w:r>
    </w:p>
    <w:p>
      <w:pPr>
        <w:spacing w:before="0" w:after="7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zur Erlangung des akademischen Grades [Bachelor of Arts, Master of Science oder anderer Grad]</w:t>
      </w:r>
    </w:p>
    <w:p>
      <w:pPr>
        <w:spacing w:before="0" w:after="13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vorgelegt von: [Vorname Nachname]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Matrikelnummer: [Zahl]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Anschrift: [Straße und Hausnummer], [PLZ und Ort]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E-Mail: [E-Mail-Adresse]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Erstgutachten: [Titel Vorname Nachname]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Zweitgutachten: [Titel Vorname Nachname]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r>
        <w:br w:type="page"/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[Name der Schule]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[Ort]</w:t>
      </w:r>
    </w:p>
    <w:p>
      <w:pPr>
        <w:spacing w:before="0" w:after="11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Facharbeit im Fach [Fach]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[Jahrgangsstufe], Schuljahr [Jahr/Jahr]</w:t>
      </w:r>
    </w:p>
    <w:p>
      <w:pPr>
        <w:spacing w:before="0" w:after="1380" w:line="20" w:lineRule="exact"/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[Titel der Facharbeit]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[Leitfrage als Frage formuliert]</w:t>
      </w:r>
    </w:p>
    <w:p>
      <w:pPr>
        <w:spacing w:before="0" w:after="17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Verfasserin oder Verfasser: [Vorname Nachname]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Kurs: [Kursbezeichnung]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Betreuende Lehrkraft: [Vorname Nachname]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Abgabedatum: [TT.MM.JJJJ]</w:t>
      </w:r>
    </w:p>
    <w:p>
      <w:r>
        <w:br w:type="page"/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[Name der Hochschule oder Schule]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[Institut, Fachbereich oder Fach]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[Seminar: Titel der Veranstaltung]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[Semester oder Schuljahr]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[Leitung: Titel Vorname Nachname]</w:t>
      </w:r>
    </w:p>
    <w:p>
      <w:pPr>
        <w:spacing w:before="0" w:after="1580" w:line="20" w:lineRule="exact"/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[Titel der Seminararbeit]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[Thema der eigenen Sitzung oder des Referats]</w:t>
      </w:r>
    </w:p>
    <w:p>
      <w:pPr>
        <w:spacing w:before="0" w:after="15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vorgelegt von: [Vorname Nachname]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Matrikelnummer oder Kurs: [Angabe]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Studiengang oder Jahrgangsstufe: [Angabe]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E-Mail: [E-Mail-Adresse]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Datum des Referats: [TT.MM.JJJJ]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Abgabedatum: [TT.MM.JJJJ]</w:t>
      </w:r>
    </w:p>
    <w:p>
      <w:r>
        <w:br w:type="page"/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[Name der Hochschule, Schule oder Kammer]</w:t>
      </w: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[Studiengang, Klasse oder Fortbildung]</w:t>
      </w:r>
    </w:p>
    <w:p>
      <w:pPr>
        <w:spacing w:before="0" w:after="11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[Praktikumsbericht oder Projektarbeit]</w:t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[Titel: was du im Betrieb gemacht hast]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[Zeitraum: TT.MM.JJJJ bis TT.MM.JJJJ]</w:t>
      </w:r>
    </w:p>
    <w:p>
      <w:pPr>
        <w:spacing w:before="0" w:after="13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Betrieb: [Name des Unternehmens]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Abteilung: [Abteilung oder Bereich]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Anschrift: [Straße und Hausnummer], [PLZ und Ort]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Betreuung im Betrieb: [Vorname Nachname]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Verfasserin oder Verfasser: [Vorname Nachname]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Matrikelnummer oder Klasse: [Angabe]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Betreuung an der Hochschule oder Schule: [Vorname Nachname]</w:t>
      </w:r>
    </w:p>
    <w:p>
      <w:pPr>
        <w:spacing w:before="0" w:after="46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Abgabedatum: [TT.MM.JJJJ]</w:t>
      </w: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Deckblatt: fuenf fertige Blaetter</dc:title>
  <dc:subject>Hausarbeit, Abschlussarbeit, Facharbeit, Seminararbeit, Praktikumsbericht</dc:subject>
  <dc:creator>korrektur.de</dc:creator>
  <cp:keywords>Deckblatt, Titelblatt, Vorlage, Muster, Hausarbeit, Bachelorarbeit, Facharbeit, Seminararbeit, Praktikumsbericht, Word</cp:keywords>
  <dc:description>Kostenlose Vorlage von korrektur.de. Aktuelle Fassung: https://korrektur.de/deckblatt-hausarbeit-vorlage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