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Deutsche Zitierweise auf zwei Seiten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den nächsten Seiten stehen die Regeln der deutschen Zitierweise mit Fußnoten: Vollbeleg, Kurzbeleg, „ebd.“ und das Literaturverzeichnis.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Jura, Geschichte und andere Fächer, in denen Fußnoten statt Klammern im Text üblich sind.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Uebergang von der ersten zur zweiten Nennung einer Quelle: Vollbeleg einmal, danach Kurzbeleg.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letzte Kontrolle vor der Abgabe: passt jede Fußnote zu einem Eintrag im Literaturverzeichnis.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„a. a. O.“ verwendet, obwohl viele Prüfungsordnungen es als veraltet ablehnen und den Kurzbeleg mit Nachname und Kurztitel verlangen.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„ebd.“ gesetzt, obwohl zwischen den beiden Fußnoten eine andere Quelle stand: „ebd.“ gilt nur für die unmittelbar vorherige Fußnote.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Fußnotenzeichen vor statt nach dem Satzzeichen, wenn sich der Beleg auf den ganzen Satz bezieht.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„vgl.“ vergessen: bei indirekter Wiedergabe fremder Gedanken gehört es vor den Kurzbeleg, beim wörtlichen Zitat nicht.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Eine Fußnote, die nicht zum Literaturverzeichnis passt, oder ein „ebd.“ am falschen Platz, gilt vielen Betreuern als formaler Mangel. Wir gleichen Fußnoten, Kurzbeleg und Verzeichnis ab: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ZITIEREN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Deutsche Zitierweise auf zwei Seiten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Erste Nennung: Vollbeleg in der Fußnote. Jede weitere Nennung: Kurzbeleg. Direkt danach dieselbe Quelle: „ebd.“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Fußnoten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570"/>
        <w:gridCol w:w="3213"/>
        <w:gridCol w:w="3855"/>
      </w:tblGrid>
      <w:tr>
        <w:tc>
          <w:tcPr>
            <w:tcW w:type="dxa" w:w="2570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Fall</w:t>
            </w:r>
          </w:p>
        </w:tc>
        <w:tc>
          <w:tcPr>
            <w:tcW w:type="dxa" w:w="321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Fußnote</w:t>
            </w:r>
          </w:p>
        </w:tc>
        <w:tc>
          <w:tcPr>
            <w:tcW w:type="dxa" w:w="385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Beispiel</w:t>
            </w:r>
          </w:p>
        </w:tc>
      </w:tr>
      <w:tr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Erstnennung (Vollbeleg)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Vorname: Titel, Ort Jahr, S. xx.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Herrmann, Kim: Motivation im Studium, München 2020, S. 45.</w:t>
            </w:r>
          </w:p>
        </w:tc>
      </w:tr>
      <w:tr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Weitere Nennung (Kurzbeleg)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Kurztitel, Jahr, S. xx.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Herrmann, Motivation, 2020, S. 46.</w:t>
            </w:r>
          </w:p>
        </w:tc>
      </w:tr>
      <w:tr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Direkt folgende Nennung derselben Quelle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Ebd., S. xx.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Ebd., S. 47.</w:t>
            </w:r>
          </w:p>
        </w:tc>
      </w:tr>
      <w:tr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Indirektes Zitat (sinngemäß wiedergegeben)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Vgl. vor dem Kurzbeleg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Vgl. Herrmann, Motivation, 2020, S. 46.</w:t>
            </w:r>
          </w:p>
        </w:tc>
      </w:tr>
      <w:tr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Veraltete Form (Hinweis)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„A. a. O.“ ersetzt seit Langem den Kurzbeleg, gilt heute vielerorts als veraltet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Statt „Herrmann, a. a. O., S. 46“ lieber den Kurzbeleg verwenden</w:t>
            </w:r>
          </w:p>
        </w:tc>
      </w:tr>
      <w:tr>
        <w:tc>
          <w:tcPr>
            <w:tcW w:type="dxa" w:w="2570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Fußnotenzeichen bei ganzen Sätzen</w:t>
            </w:r>
          </w:p>
        </w:tc>
        <w:tc>
          <w:tcPr>
            <w:tcW w:type="dxa" w:w="321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 dem Satzzeichen, nicht davor</w:t>
            </w:r>
          </w:p>
        </w:tc>
        <w:tc>
          <w:tcPr>
            <w:tcW w:type="dxa" w:w="385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Die Stichprobe war zu klein.¹</w:t>
            </w:r>
          </w:p>
        </w:tc>
      </w:tr>
    </w:tbl>
    <w:p>
      <w:pPr>
        <w:spacing w:before="0" w:after="120" w:line="276" w:lineRule="auto"/>
      </w:pPr>
    </w:p>
    <w:p>
      <w:r>
        <w:br w:type="page"/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Literaturverzeichnis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2595"/>
        <w:gridCol w:w="7043"/>
      </w:tblGrid>
      <w:tr>
        <w:tc>
          <w:tcPr>
            <w:tcW w:type="dxa" w:w="2595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Quellenart</w:t>
            </w:r>
          </w:p>
        </w:tc>
        <w:tc>
          <w:tcPr>
            <w:tcW w:type="dxa" w:w="7043"/>
            <w:shd w:val="clear" w:color="auto" w:fill="F2F8F4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006B46"/>
                <w:sz w:val="17"/>
              </w:rPr>
              <w:t>Muster und Beispiel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Buch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Vorname: Titel, Ort Jahr.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Herrmann, Kim: Motivation im Studium, München 2020.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Sammelband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Vorname: Titel, in: Herausgeber (Hrsg.), Buchtitel, Ort Jahr, S. xx–xx.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Brandt, Sofia: Lernstrategien, in: Kessler, Anna (Hrsg.), Handbuch Didaktik, Weinheim 2019, S. 55–78.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Zeitschrift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Vorname: Titel, in: Zeitschriftentitel Jahrgang (Jahr), S. xx–xx.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Vogelsang, Tim: Motivation und Erfolg, in: Zeitschrift für Bildungsforschung 12 (2020), S. 210–229.</w:t>
            </w:r>
          </w:p>
        </w:tc>
      </w:tr>
      <w:tr>
        <w:tc>
          <w:tcPr>
            <w:tcW w:type="dxa" w:w="2595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/>
                <w:color w:val="111111"/>
                <w:sz w:val="17"/>
              </w:rPr>
              <w:t>Internetquelle</w:t>
            </w:r>
          </w:p>
        </w:tc>
        <w:tc>
          <w:tcPr>
            <w:tcW w:type="dxa" w:w="7043"/>
            <w:tcMar>
              <w:left w:w="80" w:type="dxa"/>
              <w:right w:w="80" w:type="dxa"/>
            </w:tcMar>
          </w:tcPr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Nachname, Vorname: Titel, URL: Adresse (Abruf: Datum).</w:t>
            </w:r>
          </w:p>
          <w:p>
            <w:pPr>
              <w:spacing w:before="40" w:after="40" w:line="264" w:lineRule="auto"/>
            </w:pPr>
            <w:r>
              <w:rPr>
                <w:rFonts w:ascii="Arial" w:hAnsi="Arial"/>
                <w:b w:val="0"/>
                <w:color w:val="111111"/>
                <w:sz w:val="17"/>
              </w:rPr>
              <w:t>Osei, Leah: Wie Zitate wirklich funktionieren, URL: https://korrektur.de/deutsche-zitierweise (Abruf: 12.03.2023).</w:t>
            </w:r>
          </w:p>
        </w:tc>
      </w:tr>
    </w:tbl>
    <w:p>
      <w:pPr>
        <w:spacing w:before="0" w:after="120" w:line="276" w:lineRule="auto"/>
      </w:pP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Deutsche Zitierweise: Merkzettel mit Fußnoten, Kurzbeleg und ebd.</dc:title>
  <dc:subject>Merkzettel zum Ausdrucken, zwei Seiten</dc:subject>
  <dc:creator>korrektur.de</dc:creator>
  <cp:keywords>Deutsche Zitierweise, Fußnoten, Kurzbeleg, ebd., Literaturverzeichnis, Merkzettel</cp:keywords>
  <dc:description>Kostenlose Vorlage von korrektur.de. Aktuelle Fassung: https://korrektur.de/deutsche-zitierweise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