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Geschäftsbrief nach DIN 5008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steht ein vollständiger Brief in der Form B der DIN 5008: das Anschriftfeld beginnt 4,5 cm unter der Blattkante, rechts daneben steht der Informationsblock. Alles, was du ersetzen musst, steht in eckigen Klammern.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mit der Vorlage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Anleitungsseite, sobald du fertig bist. Sie gehört nicht in den Brief.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Drücke Strg und F und suche nach der eckigen Klammer. So findest du jede Stelle, die noch offen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Anschrift und Informationsblock liegen in einer Tabelle ohne sichtbare Linien. Verschiebe die Zeilen nicht mit Leerzeichen, sondern schreibe in die Zellen.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Der Betreff steht fett und ohne das Wort „Betreff“. Das ist seit 1996 die Regel, und daran erkennt man eine alte Vorlage sofort.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Speichere zum Schluss als PDF, wenn du den Brief per Mail schickst.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Geschäftsbriefe in der Korrektur am häufigsten scheitern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Wort „Betreff“ vor dem Betreff. Es gehört seit der Fassung von 1996 nicht mehr davor.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Punkt am Ende des Betreffs. Der Betreff ist kein Satz und bekommt keinen Schlusspunkt.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Komma nach der Grußformel. „Mit freundlichen Grüßen,“ ist falsch, nach der Grußformel steht kein Zeichen.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Datumsangaben in gemischten Formen. Zulässig sind 08.09.2026 und 2026-09-08, aber nur eine Form im ganzen Brief.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Telefonnummern mit Klammern und Schrägstrich. DIN 5008 gliedert mit Leerzeichen: 030 12345678, international +49 30 12345678.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Formalia auf einen Blick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Form B: Anschriftfeld 4,5 cm unter der Blattkante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Ränder: links 2,5 cm, rechts 2,0 cm, unten 2,0 cm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Schrift: Arial oder Times New Roman, 11 pt, einzeilig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Betreff fett, ohne das Wort „Betreff“, ohne Schlusspunkt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Anlagenvermerk zwei Zeilen unter dem Namen</w:t>
            </w:r>
          </w:p>
        </w:tc>
      </w:tr>
    </w:tbl>
    <w:p>
      <w:pPr>
        <w:spacing w:before="0" w:after="180" w:line="20" w:lineRule="exact"/>
      </w:pPr>
    </w:p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Falzmarken und Lochmarke sind in dieser Vorlage nicht eingezeichnet: sie gehören auf das Briefpapier, nicht in die Datei. Die Abstände stimmen trotzdem, der Brief passt in ein Fensterkuvert DIN lang.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Bevor du abschickst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Fehler im ersten Satz eines Geschäftsbriefs bleibt hängen. Wir lesen Rechtschreibung, Grammatik, Zeichensetzung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102"/>
        <w:gridCol w:w="4253"/>
      </w:tblGrid>
      <w:tr>
        <w:tc>
          <w:tcPr>
            <w:tcW w:type="dxa" w:w="5102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color w:val="111111"/>
                <w:sz w:val="22"/>
              </w:rPr>
              <w:t>[Firma oder Behörde]</w:t>
            </w:r>
          </w:p>
          <w:p>
            <w:pPr>
              <w:spacing w:after="20"/>
            </w:pPr>
            <w:r>
              <w:rPr>
                <w:rFonts w:ascii="Arial" w:hAnsi="Arial"/>
                <w:color w:val="111111"/>
                <w:sz w:val="22"/>
              </w:rPr>
              <w:t>[Abteilung oder Ansprechpartnerin]</w:t>
            </w:r>
          </w:p>
          <w:p>
            <w:pPr>
              <w:spacing w:after="20"/>
            </w:pPr>
            <w:r>
              <w:rPr>
                <w:rFonts w:ascii="Arial" w:hAnsi="Arial"/>
                <w:color w:val="111111"/>
                <w:sz w:val="22"/>
              </w:rPr>
              <w:t>[Straße und Hausnummer]</w:t>
            </w:r>
          </w:p>
          <w:p>
            <w:pPr>
              <w:spacing w:after="0"/>
            </w:pPr>
            <w:r>
              <w:rPr>
                <w:rFonts w:ascii="Arial" w:hAnsi="Arial"/>
                <w:color w:val="111111"/>
                <w:sz w:val="22"/>
              </w:rPr>
              <w:t>[PLZ und Ort]</w:t>
            </w:r>
          </w:p>
        </w:tc>
        <w:tc>
          <w:tcPr>
            <w:tcW w:type="dxa" w:w="4253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[Straße und Hausnummer]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[PLZ und Ort]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Telefon [030 12345678]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[E-Mail-Adresse]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111111"/>
                <w:sz w:val="22"/>
              </w:rPr>
              <w:t>[Ort], [TT.MM.JJJJ]</w:t>
            </w:r>
          </w:p>
        </w:tc>
      </w:tr>
    </w:tbl>
    <w:p>
      <w:pPr>
        <w:spacing w:before="0" w:after="0" w:line="276" w:lineRule="auto"/>
      </w:pPr>
    </w:p>
    <w:p>
      <w:pPr>
        <w:spacing w:before="0" w:after="380" w:line="20" w:lineRule="exact"/>
      </w:pPr>
    </w:p>
    <w:p>
      <w:pPr>
        <w:spacing w:before="0" w:after="240" w:line="276" w:lineRule="auto"/>
      </w:pPr>
      <w:r>
        <w:rPr>
          <w:rFonts w:ascii="Arial" w:hAnsi="Arial"/>
          <w:b/>
          <w:i w:val="0"/>
          <w:color w:val="111111"/>
          <w:sz w:val="22"/>
        </w:rPr>
        <w:t>[Worum es geht, in einer Zeile ohne Punkt am Ende]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Sehr geehrte Frau [Nachname],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[Erster Satz: der Anlass. Schreib, worauf du dich beziehst, mit Datum oder Aktenzeichen, damit die Empfängerin den Vorgang sofort zuordnen kann.]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[Mittelteil: die Sache selbst, ein Gedanke pro Absatz. Nenne Zahlen, Fristen und Namen so genau, dass niemand nachfragen muss.]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[Schluss: was jetzt passieren soll. Eine klare Bitte mit Frist ist höflicher als eine unklare Formulierung, weil sie der Empfängerin die Entscheidung abnimmt.]</w:t>
      </w:r>
    </w:p>
    <w:p>
      <w:pPr>
        <w:spacing w:before="0" w:after="1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Mit freundlichen Grüßen</w:t>
      </w:r>
    </w:p>
    <w:p>
      <w:pPr>
        <w:spacing w:before="0" w:after="5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p>
      <w:pPr>
        <w:spacing w:before="0" w:after="30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Anlagen: [Anlage 1], [Anlage 2]</w:t>
      </w:r>
    </w:p>
    <w:sectPr w:rsidR="00FC693F" w:rsidRPr="0006063C" w:rsidSect="00034616">
      <w:footerReference w:type="default" r:id="rId12"/>
      <w:pgSz w:w="11906" w:h="16838"/>
      <w:pgMar w:top="2551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Geschaeftsbrief nach DIN 5008: Vorlage in Form B</dc:title>
  <dc:subject>Anschriftfeld, Informationsblock und Betreff an der richtigen Stelle</dc:subject>
  <dc:creator>korrektur.de</dc:creator>
  <cp:keywords>DIN 5008, Geschaeftsbrief, Brief, Vorlage, Muster, Form B, Anschreiben, Word</cp:keywords>
  <dc:description>Kostenlose Vorlage von korrektur.de. Aktuelle Fassung: https://korrektur.de/din-5008-vorlage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