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Dramenanalyse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drei Gerüste: Szenenanalyse, Dramenanalyse und Figurenkonstellation. Jedes deckt eine eigene Aufgabe ab, suche dir das passende aus und lösche den Rest.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die Gerüste, die du nicht brauchst. Sie gehören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Fülle die Kopfdaten zuerst aus. Ohne Autor oder Autorin, Akt und Szene fehlt der Einleitung der Rahmen.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Ordne die Szene erst in das Stück ein, bevor du sie deutest. Was davor und danach passiert, erklärt ihre Funktion.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Gehe den Gesprächsverlauf abschnittsweise durch, bevor du das Gesprächsverhalten der Figuren beschreibst.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Belege jede Aussage mit einer Vers- oder Zeilenangabe und einem Satz zur Wirkung. Eine Aussage ohne Beleg zählt nicht als Analyse.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Szene wird nacherzählt, statt sie zu analysieren.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Zusammenhang der Szene mit dem restlichen Stück fehlt.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Regieanweisungen werden übersehen, obwohl sie die Deutung tragen.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Gesprächsverhalten wird beschrieben, aber nie mit einer Textstelle belegt.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Formulierungen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Beginn der Szene befindet sich [Figur] in einer Lage, die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Regieanweisung in Vers [Zahl] zeigt, dass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Gespräch zwischen [Figur A] und [Figur B] fällt auf, dass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Szene steht im Zusammenhang mit dem Stück, weil ...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Dramenanalyse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den Text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Szenenanalyse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Drama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Dramas]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 bzw. Autorin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Akt und Szene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[Akt], [Szene]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Uraufführung/Jahr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 in wenigen Worten]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[Autor bzw. Autorin], [Titel] ([Jahr]), Akt [Zahl], Szene [Zahl], behandelt [Thema in einem Satz].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EINORDNUNG IN DAS STÜCK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passiert davor, was passiert danach, und welche Funktion hat die Szene im Stück?]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INHALT DER SZENE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[Kernhandlung der Szene in zwei bis drei Sätzen.]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GESPRÄCHSVERLAUF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Abschnitt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Vers/Zeile, was passiert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Abschnitt 1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[Vers/Zeile], [was passiert]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Abschnitt 2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[Vers/Zeile], [was passiert]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Abschnitt 3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[Vers/Zeile], [was passiert]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GESPRÄCHSVERHALTEN UND SPRACHE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Merkmal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Ausprägung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Redeanteile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[wer spricht wie viel]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Sprechweise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[zum Beispiel Befehl, Frage, Monolog]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Regieanweisungen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[Wirkung der Anweisung mit Verszahl]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Sprachliche Mittel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[Mittel mit Beleg und Wirkung]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 UND SCHLUSS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bedeutet die Szene für das Stück, und welche eigene Einschätzung folgt daraus?]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Dramenanalyse gesamt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Drama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Dramas]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 bzw. Autorin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Epoche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Klassik, Naturalismus]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Dramenform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[geschlossen oder offen]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AUFBAU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Abschnitt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Inhalt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Exposition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[Ausgangslage, Figuren, Konflikt]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Steigerung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[Zuspitzung der Handlung]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Höhepunkt/Peripetie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[entscheidender Wendepunkt]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Retardation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[Verzögerung vor der Auflösung]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Katastrophe/Lösung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[Ausgang der Handlung]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ZENTRALER KONFLIKT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[Welcher Konflikt treibt das Stück an, und welche Figuren stehen sich gegenüber?]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THEMA UND EPOCHE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[Wie zeigt sich das Thema in der Epoche, an Sprache oder Motiven belegt?]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Botschaft vermittelt das Drama, zwei bis drei Sätze.]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Figurenkonstellation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Skizziere die Figurenkonstellation zuerst mit Pfeilen auf Papier. Die Tabelle hier dient als Grundlage für den Text.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Rolle, Ziel, Beziehung zu anderen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 1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[Rolle], [Ziel], [Beziehung zu anderen]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 2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[Rolle], [Ziel], [Beziehung zu anderen]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 3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[Rolle], [Ziel], [Beziehung zu anderen]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 4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[Rolle], [Ziel], [Beziehung zu anderen]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 5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[Rolle], [Ziel], [Beziehung zu anderen]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BEZIEHUNGEN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 A/Figur B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Art der Beziehung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[Figur A]/[Figur B]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[Art], [Konflikt], [Veränderung im Verlauf]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[Figur A]/[Figur B]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[Art], [Konflikt], [Veränderung im Verlauf]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[Figur A]/[Figur B]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[Art], [Konflikt], [Veränderung im Verlauf]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8788"/>
      </w:tblGrid>
      <w:tr>
        <w:tc>
          <w:tcPr>
            <w:tcW w:type="dxa" w:w="878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Checkliste vor der Abgabe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Aussage mit Vers- oder Szenenangabe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Regieanweisungen ausgewertet, nicht nur genannt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Nacherzählung, sondern Deutung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Einordnung der Szene in das Gesamtstück vorhanden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Figurenkonstellation mit Beziehungen und Konflikten gefüllt</w:t>
            </w:r>
          </w:p>
        </w:tc>
      </w:tr>
    </w:tbl>
    <w:p>
      <w:pPr>
        <w:spacing w:before="0" w:after="180" w:line="20" w:lineRule="exact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Dramenanalyse und Szenenanalyse: Gerüst mit Figurenkonstellation</dc:title>
  <dc:subject>Aufbau für Szenenanalyse, Dramenanalyse und Figurenkonstellation in einer Vorlage</dc:subject>
  <dc:creator>korrektur.de</dc:creator>
  <cp:keywords>Dramenanalyse, Szenenanalyse, Figurenkonstellation, Drama, Dialoganalyse, Vorlage, Muster, Schule, Abitur, Word</cp:keywords>
  <dc:description>Kostenlose Vorlage von korrektur.de. Aktuelle Fassung: https://korrektur.de/dramenanalyse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