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Eigenständigkeitserklärung</w:t>
      </w:r>
    </w:p>
    <w:p>
      <w:pPr>
        <w:spacing w:before="0" w:after="160" w:line="276" w:lineRule="auto"/>
      </w:pPr>
      <w:r>
        <w:rPr>
          <w:rFonts w:ascii="Arial" w:hAnsi="Arial"/>
          <w:b w:val="0"/>
          <w:i w:val="0"/>
          <w:color w:val="111111"/>
          <w:sz w:val="22"/>
        </w:rPr>
        <w:t>Ab Seite 2 stehen vier Fassungen: die kurze für die Hausarbeit, die ausführliche für die Bachelor- oder Masterarbeit, die für die Facharbeit in der Schule und ein Zusatz zur Nutzung von KI-Werkzeugen. Nimm die eine, lösch die anderen.</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Prüf zuerst die Ordnung deiner Hochschule oder Schule. Steht dort ein Wortlaut, gilt dieser und nicht unserer. Viele Prüfungsordnungen schreiben den Satz vor.</w:t>
      </w:r>
    </w:p>
    <w:p>
      <w:pPr>
        <w:spacing w:before="0" w:after="80" w:line="276" w:lineRule="auto"/>
        <w:ind w:left="425" w:hanging="425"/>
      </w:pPr>
      <w:r>
        <w:rPr>
          <w:rFonts w:ascii="Arial" w:hAnsi="Arial"/>
          <w:b/>
          <w:color w:val="006B46"/>
        </w:rPr>
        <w:t xml:space="preserve">3.  </w:t>
      </w:r>
      <w:r>
        <w:rPr>
          <w:rFonts w:ascii="Arial" w:hAnsi="Arial"/>
          <w:sz w:val="22"/>
        </w:rPr>
        <w:t>Wähl die passende Fassung und lösch die übrigen Seiten.</w:t>
      </w:r>
    </w:p>
    <w:p>
      <w:pPr>
        <w:spacing w:before="0" w:after="80" w:line="276" w:lineRule="auto"/>
        <w:ind w:left="425" w:hanging="425"/>
      </w:pPr>
      <w:r>
        <w:rPr>
          <w:rFonts w:ascii="Arial" w:hAnsi="Arial"/>
          <w:b/>
          <w:color w:val="006B46"/>
        </w:rPr>
        <w:t xml:space="preserve">4.  </w:t>
      </w:r>
      <w:r>
        <w:rPr>
          <w:rFonts w:ascii="Arial" w:hAnsi="Arial"/>
          <w:sz w:val="22"/>
        </w:rPr>
        <w:t>Setz Ort, Datum und die Unterschrift von Hand darunter. Eine getippte Unterschrift zählt in vielen Ordnungen nicht.</w:t>
      </w:r>
    </w:p>
    <w:p>
      <w:pPr>
        <w:spacing w:before="0" w:after="80" w:line="276" w:lineRule="auto"/>
        <w:ind w:left="425" w:hanging="425"/>
      </w:pPr>
      <w:r>
        <w:rPr>
          <w:rFonts w:ascii="Arial" w:hAnsi="Arial"/>
          <w:b/>
          <w:color w:val="006B46"/>
        </w:rPr>
        <w:t xml:space="preserve">5.  </w:t>
      </w:r>
      <w:r>
        <w:rPr>
          <w:rFonts w:ascii="Arial" w:hAnsi="Arial"/>
          <w:sz w:val="22"/>
        </w:rPr>
        <w:t>Die Erklärung steht ganz hinten, hinter dem Anhang, und bekommt meist keine Seitenzahl. In der Vorlage ist das so eingestellt.</w:t>
      </w:r>
    </w:p>
    <w:p>
      <w:pPr>
        <w:spacing w:before="280" w:after="120" w:line="276" w:lineRule="auto"/>
      </w:pPr>
      <w:r>
        <w:rPr>
          <w:rFonts w:ascii="Arial" w:hAnsi="Arial"/>
          <w:b/>
          <w:i w:val="0"/>
          <w:color w:val="111111"/>
          <w:sz w:val="24"/>
        </w:rPr>
        <w:t>Worauf es bei diesem einen Blatt ankommt</w:t>
      </w:r>
    </w:p>
    <w:p>
      <w:pPr>
        <w:spacing w:before="0" w:after="80" w:line="276" w:lineRule="auto"/>
        <w:ind w:left="340" w:hanging="340"/>
      </w:pPr>
      <w:r>
        <w:rPr>
          <w:color w:val="00A85A"/>
        </w:rPr>
        <w:t xml:space="preserve">▪  </w:t>
      </w:r>
      <w:r>
        <w:rPr>
          <w:rFonts w:ascii="Arial" w:hAnsi="Arial"/>
          <w:sz w:val="22"/>
        </w:rPr>
        <w:t>Der Titel der Arbeit muss wörtlich mit dem Deckblatt übereinstimmen. Weicht er ab, ist die Erklärung angreifbar.</w:t>
      </w:r>
    </w:p>
    <w:p>
      <w:pPr>
        <w:spacing w:before="0" w:after="80" w:line="276" w:lineRule="auto"/>
        <w:ind w:left="340" w:hanging="340"/>
      </w:pPr>
      <w:r>
        <w:rPr>
          <w:color w:val="00A85A"/>
        </w:rPr>
        <w:t xml:space="preserve">▪  </w:t>
      </w:r>
      <w:r>
        <w:rPr>
          <w:rFonts w:ascii="Arial" w:hAnsi="Arial"/>
          <w:sz w:val="22"/>
        </w:rPr>
        <w:t>Eine falsche Erklärung ist kein Formfehler. Sie kann zur Note 5,0, zum Entzug des Titels und bei einer eidesstattlichen Versicherung sogar zu einem Strafverfahren führen.</w:t>
      </w:r>
    </w:p>
    <w:p>
      <w:pPr>
        <w:spacing w:before="0" w:after="80" w:line="276" w:lineRule="auto"/>
        <w:ind w:left="340" w:hanging="340"/>
      </w:pPr>
      <w:r>
        <w:rPr>
          <w:color w:val="00A85A"/>
        </w:rPr>
        <w:t xml:space="preserve">▪  </w:t>
      </w:r>
      <w:r>
        <w:rPr>
          <w:rFonts w:ascii="Arial" w:hAnsi="Arial"/>
          <w:sz w:val="22"/>
        </w:rPr>
        <w:t>„Selbstständig verfasst“ heißt nicht „ohne Hilfe“. Erlaubt sind Korrektorat und Lektorat der Sprache; nicht erlaubt ist, dass jemand anderes den Inhalt schreibt.</w:t>
      </w:r>
    </w:p>
    <w:p>
      <w:pPr>
        <w:spacing w:before="0" w:after="80" w:line="276" w:lineRule="auto"/>
        <w:ind w:left="340" w:hanging="340"/>
      </w:pPr>
      <w:r>
        <w:rPr>
          <w:color w:val="00A85A"/>
        </w:rPr>
        <w:t xml:space="preserve">▪  </w:t>
      </w:r>
      <w:r>
        <w:rPr>
          <w:rFonts w:ascii="Arial" w:hAnsi="Arial"/>
          <w:sz w:val="22"/>
        </w:rPr>
        <w:t>Seit 2024 verlangen viele Hochschulen eine Angabe zu KI-Werkzeugen. Fehlt sie, obwohl die Ordnung sie fordert, gilt die Erklärung als unvollständig.</w:t>
      </w:r>
    </w:p>
    <w:p>
      <w:pPr>
        <w:spacing w:before="0" w:after="80" w:line="276" w:lineRule="auto"/>
        <w:ind w:left="340" w:hanging="340"/>
      </w:pPr>
      <w:r>
        <w:rPr>
          <w:color w:val="00A85A"/>
        </w:rPr>
        <w:t xml:space="preserve">▪  </w:t>
      </w:r>
      <w:r>
        <w:rPr>
          <w:rFonts w:ascii="Arial" w:hAnsi="Arial"/>
          <w:sz w:val="22"/>
        </w:rPr>
        <w:t>Digitale Abgabe: oft wird zusätzlich eine unterschriebene, eingescannte Seite verlangt. Steht das in der Ordnung, reicht die Word-Datei allein nicht.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Was in jede Fassung gehört</w:t>
            </w:r>
          </w:p>
          <w:p>
            <w:pPr>
              <w:spacing w:after="40"/>
            </w:pPr>
            <w:r>
              <w:rPr>
                <w:rFonts w:ascii="Arial" w:hAnsi="Arial"/>
                <w:color w:val="111111"/>
                <w:sz w:val="20"/>
              </w:rPr>
              <w:t>Der volle Titel der Arbeit, wörtlich wie auf dem Deckblatt</w:t>
            </w:r>
          </w:p>
          <w:p>
            <w:pPr>
              <w:spacing w:after="40"/>
            </w:pPr>
            <w:r>
              <w:rPr>
                <w:rFonts w:ascii="Arial" w:hAnsi="Arial"/>
                <w:color w:val="111111"/>
                <w:sz w:val="20"/>
              </w:rPr>
              <w:t>Die Aussage, dass du selbstständig verfasst hast</w:t>
            </w:r>
          </w:p>
          <w:p>
            <w:pPr>
              <w:spacing w:after="40"/>
            </w:pPr>
            <w:r>
              <w:rPr>
                <w:rFonts w:ascii="Arial" w:hAnsi="Arial"/>
                <w:color w:val="111111"/>
                <w:sz w:val="20"/>
              </w:rPr>
              <w:t>Die Aussage, dass alle Quellen kenntlich gemacht sind</w:t>
            </w:r>
          </w:p>
          <w:p>
            <w:pPr>
              <w:spacing w:after="40"/>
            </w:pPr>
            <w:r>
              <w:rPr>
                <w:rFonts w:ascii="Arial" w:hAnsi="Arial"/>
                <w:color w:val="111111"/>
                <w:sz w:val="20"/>
              </w:rPr>
              <w:t>Die Aussage, dass die Arbeit so noch nicht vorgelegen hat</w:t>
            </w:r>
          </w:p>
          <w:p>
            <w:pPr>
              <w:spacing w:after="160"/>
            </w:pPr>
            <w:r>
              <w:rPr>
                <w:rFonts w:ascii="Arial" w:hAnsi="Arial"/>
                <w:color w:val="111111"/>
                <w:sz w:val="20"/>
              </w:rPr>
              <w:t>Ort, Datum und die eigene Unterschrift</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Sprache prüfen lassen ist erlaubt</w:t>
            </w:r>
          </w:p>
          <w:p>
            <w:pPr>
              <w:spacing w:after="120"/>
            </w:pPr>
            <w:r>
              <w:rPr>
                <w:rFonts w:ascii="Arial" w:hAnsi="Arial"/>
                <w:sz w:val="20"/>
              </w:rPr>
              <w:t xml:space="preserve">Korrektorat und Lektorat ändern deinen Inhalt nicht. Wir lesen den Text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Sie ist keine Rechtsberatung: Es gilt der Wortlaut deiner Prüfungsordnung.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200" w:line="276" w:lineRule="auto"/>
      </w:pPr>
      <w:r>
        <w:rPr>
          <w:rFonts w:ascii="Arial" w:hAnsi="Arial"/>
          <w:b/>
          <w:i w:val="0"/>
          <w:color w:val="111111"/>
          <w:sz w:val="32"/>
        </w:rPr>
        <w:t>Eigenständigkeitserklärung</w:t>
      </w:r>
    </w:p>
    <w:p>
      <w:pPr>
        <w:spacing w:before="0" w:after="120" w:line="276" w:lineRule="auto"/>
      </w:pPr>
      <w:r>
        <w:rPr>
          <w:rFonts w:ascii="Arial" w:hAnsi="Arial"/>
          <w:b w:val="0"/>
          <w:i w:val="0"/>
          <w:color w:val="111111"/>
          <w:sz w:val="22"/>
        </w:rPr>
        <w:t>für die Hausarbeit mit dem Titel [Titel wörtlich wie auf dem Deckblatt]</w:t>
      </w:r>
    </w:p>
    <w:p>
      <w:pPr>
        <w:spacing w:before="0" w:after="300" w:line="20" w:lineRule="exact"/>
      </w:pPr>
    </w:p>
    <w:p>
      <w:pPr>
        <w:spacing w:before="0" w:after="120" w:line="276" w:lineRule="auto"/>
      </w:pPr>
      <w:r>
        <w:rPr>
          <w:rFonts w:ascii="Arial" w:hAnsi="Arial"/>
          <w:b w:val="0"/>
          <w:i w:val="0"/>
          <w:color w:val="111111"/>
          <w:sz w:val="22"/>
        </w:rPr>
        <w:t>Hiermit versichere ich, dass ich die vorliegende Hausarbeit selbstständig verfasst und keine anderen als die angegebenen Quellen und Hilfsmittel benutzt habe. Alle Stellen, die wörtlich oder sinngemäß aus Veröffentlichungen entnommen sind, habe ich als solche kenntlich gemacht. Die Arbeit hat in gleicher oder ähnlicher Form noch keiner Prüfungsbehörde vorgelegen.</w:t>
      </w:r>
    </w:p>
    <w:p>
      <w:pPr>
        <w:spacing w:before="0" w:after="780" w:line="20" w:lineRule="exact"/>
      </w:pPr>
    </w:p>
    <w:p>
      <w:pPr>
        <w:spacing w:before="0" w:after="0" w:line="276" w:lineRule="auto"/>
      </w:pPr>
      <w:r>
        <w:rPr>
          <w:rFonts w:ascii="Arial" w:hAnsi="Arial"/>
          <w:b w:val="0"/>
          <w:i w:val="0"/>
          <w:color w:val="111111"/>
          <w:sz w:val="22"/>
        </w:rPr>
        <w:t>[Ort], [TT.MM.JJJJ]</w:t>
      </w:r>
    </w:p>
    <w:p>
      <w:pPr>
        <w:spacing w:before="0" w:after="780" w:line="20" w:lineRule="exact"/>
      </w:pPr>
    </w:p>
    <w:p>
      <w:pPr>
        <w:spacing w:before="0" w:after="0" w:line="276" w:lineRule="auto"/>
      </w:pPr>
      <w:r>
        <w:rPr>
          <w:rFonts w:ascii="Arial" w:hAnsi="Arial"/>
          <w:b w:val="0"/>
          <w:i w:val="0"/>
          <w:color w:val="111111"/>
          <w:sz w:val="22"/>
        </w:rPr>
        <w:t>[Unterschrift]</w:t>
      </w:r>
    </w:p>
    <w:p>
      <w:pPr>
        <w:spacing w:before="0" w:after="0" w:line="276" w:lineRule="auto"/>
      </w:pPr>
      <w:r>
        <w:rPr>
          <w:rFonts w:ascii="Arial" w:hAnsi="Arial"/>
          <w:b w:val="0"/>
          <w:i w:val="0"/>
          <w:color w:val="111111"/>
          <w:sz w:val="22"/>
        </w:rPr>
        <w:t>[Vorname Nachname]</w:t>
      </w:r>
    </w:p>
    <w:p>
      <w:r>
        <w:br w:type="page"/>
      </w:r>
    </w:p>
    <w:p>
      <w:pPr>
        <w:spacing w:before="0" w:after="200" w:line="276" w:lineRule="auto"/>
      </w:pPr>
      <w:r>
        <w:rPr>
          <w:rFonts w:ascii="Arial" w:hAnsi="Arial"/>
          <w:b/>
          <w:i w:val="0"/>
          <w:color w:val="111111"/>
          <w:sz w:val="32"/>
        </w:rPr>
        <w:t>Eidesstattliche Erklärung</w:t>
      </w:r>
    </w:p>
    <w:p>
      <w:pPr>
        <w:spacing w:before="0" w:after="120" w:line="276" w:lineRule="auto"/>
      </w:pPr>
      <w:r>
        <w:rPr>
          <w:rFonts w:ascii="Arial" w:hAnsi="Arial"/>
          <w:b w:val="0"/>
          <w:i w:val="0"/>
          <w:color w:val="111111"/>
          <w:sz w:val="22"/>
        </w:rPr>
        <w:t>zur [Bachelorarbeit oder Masterarbeit] mit dem Titel [Titel wörtlich wie auf dem Deckblatt]</w:t>
      </w:r>
    </w:p>
    <w:p>
      <w:pPr>
        <w:spacing w:before="0" w:after="300" w:line="20" w:lineRule="exact"/>
      </w:pPr>
    </w:p>
    <w:p>
      <w:pPr>
        <w:spacing w:before="0" w:after="120" w:line="276" w:lineRule="auto"/>
      </w:pPr>
      <w:r>
        <w:rPr>
          <w:rFonts w:ascii="Arial" w:hAnsi="Arial"/>
          <w:b w:val="0"/>
          <w:i w:val="0"/>
          <w:color w:val="111111"/>
          <w:sz w:val="22"/>
        </w:rPr>
        <w:t>Ich erkläre hiermit an Eides statt, dass ich die vorliegende Arbeit selbstständig und ohne fremde Hilfe verfasst habe. Ich habe keine anderen als die angegebenen Quellen und Hilfsmittel benutzt. Alle Stellen, die wörtlich oder sinngemäß aus veröffentlichten oder unveröffentlichten Schriften entnommen wurden, sind als solche kenntlich gemacht. Die Arbeit hat in gleicher oder ähnlicher Form noch keiner Prüfungsbehörde vorgelegen und wurde bisher nicht veröffentlicht.</w:t>
      </w:r>
    </w:p>
    <w:p>
      <w:pPr>
        <w:spacing w:before="0" w:after="120" w:line="276" w:lineRule="auto"/>
      </w:pPr>
      <w:r>
        <w:rPr>
          <w:rFonts w:ascii="Arial" w:hAnsi="Arial"/>
          <w:b w:val="0"/>
          <w:i w:val="0"/>
          <w:color w:val="111111"/>
          <w:sz w:val="22"/>
        </w:rPr>
        <w:t>Mir ist bekannt, dass ein Verstoß gegen diese Erklärung als Täuschungsversuch gewertet wird und zum Nichtbestehen der Prüfung führen kann.</w:t>
      </w:r>
    </w:p>
    <w:p>
      <w:pPr>
        <w:spacing w:before="0" w:after="300" w:line="20" w:lineRule="exact"/>
      </w:pPr>
    </w:p>
    <w:p>
      <w:pPr>
        <w:spacing w:before="0" w:after="120" w:line="276" w:lineRule="auto"/>
      </w:pPr>
      <w:r>
        <w:rPr>
          <w:rFonts w:ascii="Arial" w:hAnsi="Arial"/>
          <w:b w:val="0"/>
          <w:i w:val="0"/>
          <w:color w:val="111111"/>
          <w:sz w:val="22"/>
        </w:rPr>
        <w:t>Die eingereichte elektronische Fassung stimmt mit der gedruckten Fassung überein. [Satz löschen, wenn nur digital abgegeben wird.]</w:t>
      </w:r>
    </w:p>
    <w:p>
      <w:pPr>
        <w:spacing w:before="0" w:after="780" w:line="20" w:lineRule="exact"/>
      </w:pPr>
    </w:p>
    <w:p>
      <w:pPr>
        <w:spacing w:before="0" w:after="0" w:line="276" w:lineRule="auto"/>
      </w:pPr>
      <w:r>
        <w:rPr>
          <w:rFonts w:ascii="Arial" w:hAnsi="Arial"/>
          <w:b w:val="0"/>
          <w:i w:val="0"/>
          <w:color w:val="111111"/>
          <w:sz w:val="22"/>
        </w:rPr>
        <w:t>[Ort], [TT.MM.JJJJ]</w:t>
      </w:r>
    </w:p>
    <w:p>
      <w:pPr>
        <w:spacing w:before="0" w:after="780" w:line="20" w:lineRule="exact"/>
      </w:pPr>
    </w:p>
    <w:p>
      <w:pPr>
        <w:spacing w:before="0" w:after="0" w:line="276" w:lineRule="auto"/>
      </w:pPr>
      <w:r>
        <w:rPr>
          <w:rFonts w:ascii="Arial" w:hAnsi="Arial"/>
          <w:b w:val="0"/>
          <w:i w:val="0"/>
          <w:color w:val="111111"/>
          <w:sz w:val="22"/>
        </w:rPr>
        <w:t>[Unterschrift]</w:t>
      </w:r>
    </w:p>
    <w:p>
      <w:pPr>
        <w:spacing w:before="0" w:after="0" w:line="276" w:lineRule="auto"/>
      </w:pPr>
      <w:r>
        <w:rPr>
          <w:rFonts w:ascii="Arial" w:hAnsi="Arial"/>
          <w:b w:val="0"/>
          <w:i w:val="0"/>
          <w:color w:val="111111"/>
          <w:sz w:val="22"/>
        </w:rPr>
        <w:t>[Vorname Nachname], Matrikelnummer [Zahl]</w:t>
      </w:r>
    </w:p>
    <w:p>
      <w:r>
        <w:br w:type="page"/>
      </w:r>
    </w:p>
    <w:p>
      <w:pPr>
        <w:spacing w:before="0" w:after="200" w:line="276" w:lineRule="auto"/>
      </w:pPr>
      <w:r>
        <w:rPr>
          <w:rFonts w:ascii="Arial" w:hAnsi="Arial"/>
          <w:b/>
          <w:i w:val="0"/>
          <w:color w:val="111111"/>
          <w:sz w:val="32"/>
        </w:rPr>
        <w:t>Selbstständigkeitserklärung für die Facharbeit</w:t>
      </w:r>
    </w:p>
    <w:p>
      <w:pPr>
        <w:spacing w:before="0" w:after="120" w:line="276" w:lineRule="auto"/>
      </w:pPr>
      <w:r>
        <w:rPr>
          <w:rFonts w:ascii="Arial" w:hAnsi="Arial"/>
          <w:b w:val="0"/>
          <w:i w:val="0"/>
          <w:color w:val="111111"/>
          <w:sz w:val="22"/>
        </w:rPr>
        <w:t>Hiermit erkläre ich, dass ich die vorliegende Facharbeit selbstständig angefertigt und keine anderen als die angegebenen Hilfsmittel benutzt habe. Alle Stellen, die ich wörtlich oder sinngemäß aus Büchern, Zeitschriften oder dem Internet übernommen habe, sind mit Quelle angegeben. Die Arbeit wurde bisher keiner anderen Prüfungsstelle vorgelegt.</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660" w:line="20" w:lineRule="exact"/>
      </w:pPr>
    </w:p>
    <w:p>
      <w:pPr>
        <w:spacing w:before="0" w:after="0" w:line="276" w:lineRule="auto"/>
      </w:pPr>
      <w:r>
        <w:rPr>
          <w:rFonts w:ascii="Arial" w:hAnsi="Arial"/>
          <w:b w:val="0"/>
          <w:i w:val="0"/>
          <w:color w:val="111111"/>
          <w:sz w:val="22"/>
        </w:rPr>
        <w:t>[Unterschrift]</w:t>
      </w:r>
    </w:p>
    <w:p>
      <w:pPr>
        <w:spacing w:before="0" w:after="0" w:line="276" w:lineRule="auto"/>
      </w:pPr>
      <w:r>
        <w:rPr>
          <w:rFonts w:ascii="Arial" w:hAnsi="Arial"/>
          <w:b w:val="0"/>
          <w:i w:val="0"/>
          <w:color w:val="111111"/>
          <w:sz w:val="22"/>
        </w:rPr>
        <w:t>[Vorname Nachname], [Kurs]</w:t>
      </w:r>
    </w:p>
    <w:p>
      <w:pPr>
        <w:spacing w:before="0" w:after="580" w:line="20" w:lineRule="exact"/>
      </w:pPr>
    </w:p>
    <w:p>
      <w:pPr>
        <w:keepNext/>
        <w:spacing w:before="260" w:after="80" w:line="276" w:lineRule="auto"/>
        <w:pBdr>
          <w:bottom w:val="single" w:sz="6" w:space="4" w:color="AAAAAA"/>
        </w:pBdr>
      </w:pPr>
      <w:r>
        <w:rPr>
          <w:rFonts w:ascii="Arial" w:hAnsi="Arial"/>
          <w:b/>
          <w:i w:val="0"/>
          <w:color w:val="111111"/>
          <w:sz w:val="21"/>
        </w:rPr>
        <w:t>ZUSATZ ZUR NUTZUNG VON KI-WERKZEUGEN</w:t>
      </w:r>
    </w:p>
    <w:p>
      <w:pPr>
        <w:spacing w:before="0" w:after="120" w:line="276" w:lineRule="auto"/>
      </w:pPr>
      <w:r>
        <w:rPr>
          <w:rFonts w:ascii="Arial" w:hAnsi="Arial"/>
          <w:b w:val="0"/>
          <w:i w:val="0"/>
          <w:color w:val="111111"/>
          <w:sz w:val="22"/>
        </w:rPr>
        <w:t>Diesen Absatz hängst du an die gewählte Erklärung an, wenn deine Ordnung eine Angabe zu KI verlangt. Streich die Variante, die nicht zutrifft.</w:t>
      </w:r>
    </w:p>
    <w:p>
      <w:pPr>
        <w:spacing w:before="0" w:after="60" w:line="276" w:lineRule="auto"/>
        <w:ind w:left="340" w:hanging="340"/>
      </w:pPr>
      <w:r>
        <w:rPr>
          <w:color w:val="00A85A"/>
        </w:rPr>
        <w:t xml:space="preserve">▪  </w:t>
      </w:r>
      <w:r>
        <w:rPr>
          <w:rFonts w:ascii="Arial" w:hAnsi="Arial"/>
          <w:sz w:val="22"/>
        </w:rPr>
        <w:t>Ich habe für diese Arbeit keine KI-gestützten Schreibwerkzeuge verwendet.</w:t>
      </w:r>
    </w:p>
    <w:p>
      <w:pPr>
        <w:spacing w:before="0" w:after="60" w:line="276" w:lineRule="auto"/>
        <w:ind w:left="340" w:hanging="340"/>
      </w:pPr>
      <w:r>
        <w:rPr>
          <w:color w:val="00A85A"/>
        </w:rPr>
        <w:t xml:space="preserve">▪  </w:t>
      </w:r>
      <w:r>
        <w:rPr>
          <w:rFonts w:ascii="Arial" w:hAnsi="Arial"/>
          <w:sz w:val="22"/>
        </w:rPr>
        <w:t>Ich habe folgende KI-gestützten Werkzeuge verwendet: [Name des Werkzeugs] für [Zweck: etwa Rechtschreibprüfung, Übersetzung, Ideensammlung, Programmierung]. Die inhaltliche Verantwortung für den gesamten Text liegt bei mir. Von KI erzeugte Inhalte habe ich geprüft und, wo verlangt, gekennzeichnet.</w:t>
      </w: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Eigenstaendigkeitserklaerung: vier Fassungen</dc:title>
  <dc:subject>Hausarbeit, Abschlussarbeit, Facharbeit und der Zusatz zu KI</dc:subject>
  <dc:creator>korrektur.de</dc:creator>
  <cp:keywords>Eigenständigkeitserklärung, Selbstständigkeitserklärung, eidesstattliche Erklärung, Vorlage, Muster, Hausarbeit, Bachelorarbeit, Facharbeit, KI, Word</cp:keywords>
  <dc:description>Kostenlose Vorlage von korrektur.de. Aktuelle Fassung: https://korrektur.de/eigenstaendigkeitserklaerung-hausarbeit</dc:description>
  <cp:lastModifiedBy>korrektur.de</cp:lastModifiedBy>
  <cp:revision>1</cp:revision>
  <dcterms:created xsi:type="dcterms:W3CDTF">2013-12-23T23:15:00Z</dcterms:created>
  <dcterms:modified xsi:type="dcterms:W3CDTF">2013-12-23T23:15:00Z</dcterms:modified>
  <cp:category>Vorlage</cp:category>
</cp:coreProperties>
</file>