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Einwilligungserklärung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 Seite 2 stehen zwei Fassungen: die für das Interview mit Tonaufnahme und die für Studienteilnehmer, also Fragebogen, Beobachtung oder Experiment. Nimm die eine, lösch die andere.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damit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Lösche diese Seite. Sie gehört nicht in den Anhang deiner Arbeit.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Trag Titel der Arbeit, deinen Namen, Hochschule und E-Mail-Adresse ein. Die Person muss wissen, wen sie bei Rückfragen erreicht.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Setz die Löschfrist ein. „Nach Abschluss des Prüfungsverfahrens“ reicht, ein fester Monat ist besser.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Lass vor der Aufnahme oder vor der ersten Frage unterschreiben, nicht danach. Ohne Einwilligung darfst du die Daten nicht auswerten.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Druck zweifach: ein Blatt bleibt bei der Person, eines kommt zu deinen Unterlagen. In den Anhang gehört nur ein Blanko-Muster.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die Erklärung leisten muss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Freiwilligkeit. Die Person darf jederzeit abbrechen und die Einwilligung zurückziehen, ohne Gründe und ohne Nachteil.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Zweck. Steht nur „Forschung“, ist das zu wenig. Der Titel der Arbeit und das Vorhaben gehören hinein.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Anonymisierung. Namen, Firmen und Orte werden ersetzt. Kannst du das nicht zusagen, muss genau das drinstehen.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Speicherung und Löschung. Wo liegen Aufnahme und Daten, wer hat Zugriff, wann werden sie gelöscht.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Minderjährige. Unter 16 Jahren, in manchen Ordnungen unter 18, unterschreibt eine erziehungsberechtigte Person mit.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Vor dem Feld geprüft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Vorgaben der Hochschule oder Ethikkommission gelesen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Titel der Arbeit wörtlich wie auf dem Deckblatt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Löschfrist und Speicherort eingetragen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Kontakt für Rückfragen steht auf dem Blatt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Blatt zweifach ausgedruckt</w:t>
            </w:r>
          </w:p>
        </w:tc>
      </w:tr>
    </w:tbl>
    <w:p>
      <w:pPr>
        <w:spacing w:before="0" w:after="180" w:line="20" w:lineRule="exact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Nach der Erhebung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Steht der Methodikteil, zählt die Sprache. Wir lesen ihn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Sie ist keine Rechtsberatung: Für den Datenschutz gilt die Regelung deiner Hochschule.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Einwilligungserklärung zur Teilnahme am Interview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Studie: [Titel der Arbeit] | Durchführung: [Vorname Nachname], [Hochschule], [E-Mail-Adresse] | Betreuung: [Titel Vorname Nachname]</w:t>
      </w:r>
    </w:p>
    <w:p>
      <w:pPr>
        <w:spacing w:before="0" w:after="220" w:line="20" w:lineRule="exact"/>
      </w:pP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Ich nehme freiwillig an einem Interview im Rahmen der oben genannten Arbeit teil. Über Ziel und Ablauf wurde ich informiert, meine Fragen wurden beantwortet.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Das Gespräch wird als Tonaufnahme aufgezeichnet und danach wörtlich verschriftlicht.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Meinen Namen und alle Angaben, über die man mich erkennen könnte, ersetzt die durchführende Person durch Kürzel. In der Arbeit erscheine ich nur anonymisiert.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Aufnahme wird [Speicherort, etwa verschlüsselt auf dem Rechner der durchführenden Person] gespeichert und nach [Zahl] Monaten gelöscht, spätestens nach Abschluss des Prüfungsverfahrens.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Ich kann meine Einwilligung jederzeit und ohne Angabe von Gründen zurückziehen. Dann werden Aufnahme und Transkript gelöscht.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Zitate aus dem Interview dürfen in anonymisierter Form in der Arbeit und in daraus entstehenden Veröffentlichungen verwendet werden.</w:t>
      </w:r>
    </w:p>
    <w:p>
      <w:pPr>
        <w:spacing w:before="0" w:after="58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[Ort], [TT.MM.JJJJ]</w:t>
      </w:r>
    </w:p>
    <w:p>
      <w:pPr>
        <w:spacing w:before="0" w:after="660" w:line="20" w:lineRule="exac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252"/>
        <w:gridCol w:w="5103"/>
      </w:tblGrid>
      <w:tr>
        <w:tc>
          <w:tcPr>
            <w:tcW w:type="dxa" w:w="4252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[Unterschrift der befragten Person]</w:t>
            </w:r>
          </w:p>
        </w:tc>
        <w:tc>
          <w:tcPr>
            <w:tcW w:type="dxa" w:w="5103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[Unterschrift der durchführenden Person]</w:t>
            </w:r>
          </w:p>
        </w:tc>
      </w:tr>
    </w:tbl>
    <w:p>
      <w:pPr>
        <w:spacing w:before="0" w:after="0" w:line="276" w:lineRule="auto"/>
      </w:pPr>
    </w:p>
    <w:p>
      <w:pPr>
        <w:spacing w:before="0" w:after="260" w:line="20" w:lineRule="exact"/>
      </w:pP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Zweifach ausdrucken: ein Blatt bleibt bei der befragten Person, eines kommt zu deinen Unterlagen. Nicht in den Anhang der Arbeit: dort stünde eine Unterschrift.</w:t>
      </w: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Einwilligungserklärung zur Teilnahme an der Studie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Studie: [Titel der Arbeit] | Durchführung: [Vorname Nachname], [Hochschule], [E-Mail-Adresse] | Betreuung: [Titel Vorname Nachname]</w:t>
      </w:r>
    </w:p>
    <w:p>
      <w:pPr>
        <w:spacing w:before="0" w:after="18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WORUM ES GEHT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Die Studie untersucht [Fragestellung in einem Satz]. Die Teilnahme besteht aus [einem Fragebogen, einer Beobachtung oder einem Experiment] und dauert etwa [Zahl] Minuten.</w:t>
      </w:r>
    </w:p>
    <w:p>
      <w:pPr>
        <w:spacing w:before="0" w:after="140" w:line="20" w:lineRule="exact"/>
      </w:pP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Ich nehme freiwillig teil und kann die Teilnahme jederzeit ohne Angabe von Gründen und ohne Nachteile abbrechen.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Meine Angaben werden ohne Namen erfasst. Ein Rückschluss auf meine Person ist in der Arbeit nicht möglich.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Daten werden nur für die oben genannte Arbeit und daraus entstehende Veröffentlichungen verwendet.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Daten werden [Speicherort] gespeichert und nach [Zahl] Monaten gelöscht, spätestens nach Abschluss des Prüfungsverfahrens.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Bis zum [TT.MM.JJJJ] kann ich verlangen, dass meine Daten gelöscht werden. Danach ist das nicht mehr möglich, weil sie ohne Namen nicht mehr zugeordnet werden können.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Ich bin mindestens 18 Jahre alt. Bei Minderjährigen unterschreibt zusätzlich eine erziehungsberechtigte Person.</w:t>
      </w:r>
    </w:p>
    <w:p>
      <w:pPr>
        <w:spacing w:before="0" w:after="46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[Ort], [TT.MM.JJJJ]</w:t>
      </w:r>
    </w:p>
    <w:p>
      <w:pPr>
        <w:spacing w:before="0" w:after="580" w:line="20" w:lineRule="exac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252"/>
        <w:gridCol w:w="5103"/>
      </w:tblGrid>
      <w:tr>
        <w:tc>
          <w:tcPr>
            <w:tcW w:type="dxa" w:w="4252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[Unterschrift der teilnehmenden Person]</w:t>
            </w:r>
          </w:p>
        </w:tc>
        <w:tc>
          <w:tcPr>
            <w:tcW w:type="dxa" w:w="5103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[Unterschrift der durchführenden Person]</w:t>
            </w:r>
          </w:p>
        </w:tc>
      </w:tr>
    </w:tbl>
    <w:p>
      <w:pPr>
        <w:spacing w:before="0" w:after="0" w:line="276" w:lineRule="auto"/>
      </w:pPr>
    </w:p>
    <w:p>
      <w:pPr>
        <w:spacing w:before="0" w:after="220" w:line="20" w:lineRule="exact"/>
      </w:pP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Bei einer Online-Umfrage steht dieser Text auf der ersten Seite des Fragebogens. Die Unterschrift ersetzt dort ein Pflichtfeld „Ich habe die Hinweise gelesen und stimme zu“.</w:t>
      </w:r>
    </w:p>
    <w:sectPr w:rsidR="00FC693F" w:rsidRPr="0006063C" w:rsidSect="00034616">
      <w:footerReference w:type="default" r:id="rId12"/>
      <w:pgSz w:w="11906" w:h="16838"/>
      <w:pgMar w:top="1247" w:right="1134" w:bottom="1134" w:left="1417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Einwilligungserklärung: Interview und Studie</dc:title>
  <dc:subject>Zwei Fassungen zum Unterschreiben: für das Interview und für Fragebogen, Beobachtung oder Experiment</dc:subject>
  <dc:creator>korrektur.de</dc:creator>
  <cp:keywords>Einwilligungserklärung, Interview, Studienteilnehmer, Datenschutz, DSGVO, Vorlage, Muster, Bachelorarbeit, Masterarbeit, Word</cp:keywords>
  <dc:description>Kostenlose Vorlage von korrektur.de. Aktuelle Fassung: https://korrektur.de/einwilligungserklaerung-interview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