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VORLAGE ZUM FREIEN GEBRAUCH</w:t>
      </w:r>
    </w:p>
    <w:p>
      <w:pPr>
        <w:spacing w:before="0" w:after="280" w:line="252" w:lineRule="auto"/>
      </w:pPr>
      <w:r>
        <w:rPr>
          <w:rFonts w:ascii="Arial" w:hAnsi="Arial"/>
          <w:b/>
          <w:i w:val="0"/>
          <w:color w:val="111111"/>
          <w:sz w:val="38"/>
        </w:rPr>
        <w:t>Facharbeit</w:t>
      </w:r>
    </w:p>
    <w:p>
      <w:pPr>
        <w:spacing w:before="0" w:after="160" w:line="276" w:lineRule="auto"/>
      </w:pPr>
      <w:r>
        <w:rPr>
          <w:rFonts w:ascii="Arial" w:hAnsi="Arial"/>
          <w:b w:val="0"/>
          <w:i w:val="0"/>
          <w:color w:val="111111"/>
          <w:sz w:val="22"/>
        </w:rPr>
        <w:t>Ab Seite 2 steht die ganze Facharbeit als Gerüst: Deckblatt mit Schule und Kurs, Inhaltsverzeichnis, die Kapitel von der Einleitung bis zum Fazit, das Literaturverzeichnis mit Musterzeilen und die Erklärung am Schluss. Überschriften sind echte Formatvorlagen, das Inhaltsverzeichnis füllt sich selbst.</w:t>
      </w:r>
    </w:p>
    <w:p>
      <w:pPr>
        <w:spacing w:before="280" w:after="120" w:line="276" w:lineRule="auto"/>
      </w:pPr>
      <w:r>
        <w:rPr>
          <w:rFonts w:ascii="Arial" w:hAnsi="Arial"/>
          <w:b/>
          <w:i w:val="0"/>
          <w:color w:val="111111"/>
          <w:sz w:val="24"/>
        </w:rPr>
        <w:t>So arbeitest du damit</w:t>
      </w:r>
    </w:p>
    <w:p>
      <w:pPr>
        <w:spacing w:before="0" w:after="80" w:line="276" w:lineRule="auto"/>
        <w:ind w:left="425" w:hanging="425"/>
      </w:pPr>
      <w:r>
        <w:rPr>
          <w:rFonts w:ascii="Arial" w:hAnsi="Arial"/>
          <w:b/>
          <w:color w:val="006B46"/>
        </w:rPr>
        <w:t xml:space="preserve">1.  </w:t>
      </w:r>
      <w:r>
        <w:rPr>
          <w:rFonts w:ascii="Arial" w:hAnsi="Arial"/>
          <w:sz w:val="22"/>
        </w:rPr>
        <w:t>Lösche diese Seite. Sie gehört nicht in die Abgabe.</w:t>
      </w:r>
    </w:p>
    <w:p>
      <w:pPr>
        <w:spacing w:before="0" w:after="80" w:line="276" w:lineRule="auto"/>
        <w:ind w:left="425" w:hanging="425"/>
      </w:pPr>
      <w:r>
        <w:rPr>
          <w:rFonts w:ascii="Arial" w:hAnsi="Arial"/>
          <w:b/>
          <w:color w:val="006B46"/>
        </w:rPr>
        <w:t xml:space="preserve">2.  </w:t>
      </w:r>
      <w:r>
        <w:rPr>
          <w:rFonts w:ascii="Arial" w:hAnsi="Arial"/>
          <w:sz w:val="22"/>
        </w:rPr>
        <w:t>Füll das Deckblatt aus. Das Merkblatt deiner Schule geht vor dem, was hier steht.</w:t>
      </w:r>
    </w:p>
    <w:p>
      <w:pPr>
        <w:spacing w:before="0" w:after="80" w:line="276" w:lineRule="auto"/>
        <w:ind w:left="425" w:hanging="425"/>
      </w:pPr>
      <w:r>
        <w:rPr>
          <w:rFonts w:ascii="Arial" w:hAnsi="Arial"/>
          <w:b/>
          <w:color w:val="006B46"/>
        </w:rPr>
        <w:t xml:space="preserve">3.  </w:t>
      </w:r>
      <w:r>
        <w:rPr>
          <w:rFonts w:ascii="Arial" w:hAnsi="Arial"/>
          <w:sz w:val="22"/>
        </w:rPr>
        <w:t>Ersetz die Kapitelüberschriften durch deine eigenen. Nutz dabei die Formatvorlagen „Überschrift 1“ und „Überschrift 2“, sonst bleibt das Inhaltsverzeichnis leer.</w:t>
      </w:r>
    </w:p>
    <w:p>
      <w:pPr>
        <w:spacing w:before="0" w:after="80" w:line="276" w:lineRule="auto"/>
        <w:ind w:left="425" w:hanging="425"/>
      </w:pPr>
      <w:r>
        <w:rPr>
          <w:rFonts w:ascii="Arial" w:hAnsi="Arial"/>
          <w:b/>
          <w:color w:val="006B46"/>
        </w:rPr>
        <w:t xml:space="preserve">4.  </w:t>
      </w:r>
      <w:r>
        <w:rPr>
          <w:rFonts w:ascii="Arial" w:hAnsi="Arial"/>
          <w:sz w:val="22"/>
        </w:rPr>
        <w:t>Klick zum Schluss ins Inhaltsverzeichnis und wähl „Verzeichnis aktualisieren“, dann „Gesamtes Verzeichnis“. Das ist der Schritt, den fast alle vergessen.</w:t>
      </w:r>
    </w:p>
    <w:p>
      <w:pPr>
        <w:spacing w:before="0" w:after="80" w:line="276" w:lineRule="auto"/>
        <w:ind w:left="425" w:hanging="425"/>
      </w:pPr>
      <w:r>
        <w:rPr>
          <w:rFonts w:ascii="Arial" w:hAnsi="Arial"/>
          <w:b/>
          <w:color w:val="006B46"/>
        </w:rPr>
        <w:t xml:space="preserve">5.  </w:t>
      </w:r>
      <w:r>
        <w:rPr>
          <w:rFonts w:ascii="Arial" w:hAnsi="Arial"/>
          <w:sz w:val="22"/>
        </w:rPr>
        <w:t>Unterschreib die Erklärung von Hand. Ohne sie wird die Arbeit an vielen Schulen gar nicht erst angenommen.</w:t>
      </w:r>
    </w:p>
    <w:p>
      <w:pPr>
        <w:spacing w:before="280" w:after="120" w:line="276" w:lineRule="auto"/>
      </w:pPr>
      <w:r>
        <w:rPr>
          <w:rFonts w:ascii="Arial" w:hAnsi="Arial"/>
          <w:b/>
          <w:i w:val="0"/>
          <w:color w:val="111111"/>
          <w:sz w:val="24"/>
        </w:rPr>
        <w:t>Woran Facharbeiten am häufigsten scheitern</w:t>
      </w:r>
    </w:p>
    <w:p>
      <w:pPr>
        <w:spacing w:before="0" w:after="80" w:line="276" w:lineRule="auto"/>
        <w:ind w:left="340" w:hanging="340"/>
      </w:pPr>
      <w:r>
        <w:rPr>
          <w:color w:val="00A85A"/>
        </w:rPr>
        <w:t xml:space="preserve">▪  </w:t>
      </w:r>
      <w:r>
        <w:rPr>
          <w:rFonts w:ascii="Arial" w:hAnsi="Arial"/>
          <w:sz w:val="22"/>
        </w:rPr>
        <w:t>Ein Thema, das zu gross ist. „Der Zweite Weltkrieg“ füllt keine zwölf Seiten, es sprengt sie. Eine Frage, die man beantworten kann, ist besser als ein Gebiet.</w:t>
      </w:r>
    </w:p>
    <w:p>
      <w:pPr>
        <w:spacing w:before="0" w:after="80" w:line="276" w:lineRule="auto"/>
        <w:ind w:left="340" w:hanging="340"/>
      </w:pPr>
      <w:r>
        <w:rPr>
          <w:color w:val="00A85A"/>
        </w:rPr>
        <w:t xml:space="preserve">▪  </w:t>
      </w:r>
      <w:r>
        <w:rPr>
          <w:rFonts w:ascii="Arial" w:hAnsi="Arial"/>
          <w:sz w:val="22"/>
        </w:rPr>
        <w:t>Keine Fragestellung. Ohne Frage in der Einleitung gibt es im Fazit nichts zu beantworten, und genau das fällt auf.</w:t>
      </w:r>
    </w:p>
    <w:p>
      <w:pPr>
        <w:spacing w:before="0" w:after="80" w:line="276" w:lineRule="auto"/>
        <w:ind w:left="340" w:hanging="340"/>
      </w:pPr>
      <w:r>
        <w:rPr>
          <w:color w:val="00A85A"/>
        </w:rPr>
        <w:t xml:space="preserve">▪  </w:t>
      </w:r>
      <w:r>
        <w:rPr>
          <w:rFonts w:ascii="Arial" w:hAnsi="Arial"/>
          <w:sz w:val="22"/>
        </w:rPr>
        <w:t>Quellen aus dem Internet ohne Angabe. Ein Wikipedia-Artikel ist als Einstieg in Ordnung und als Beleg nicht, und die Lehrkraft findet die Stelle in dreissig Sekunden.</w:t>
      </w:r>
    </w:p>
    <w:p>
      <w:pPr>
        <w:spacing w:before="0" w:after="80" w:line="276" w:lineRule="auto"/>
        <w:ind w:left="340" w:hanging="340"/>
      </w:pPr>
      <w:r>
        <w:rPr>
          <w:color w:val="00A85A"/>
        </w:rPr>
        <w:t xml:space="preserve">▪  </w:t>
      </w:r>
      <w:r>
        <w:rPr>
          <w:rFonts w:ascii="Arial" w:hAnsi="Arial"/>
          <w:sz w:val="22"/>
        </w:rPr>
        <w:t>Nacherzählen statt untersuchen. Die Note entsteht im eigenen Gedanken, nicht in der Zusammenfassung fremder Texte.</w:t>
      </w:r>
    </w:p>
    <w:p>
      <w:pPr>
        <w:spacing w:before="0" w:after="80" w:line="276" w:lineRule="auto"/>
        <w:ind w:left="340" w:hanging="340"/>
      </w:pPr>
      <w:r>
        <w:rPr>
          <w:color w:val="00A85A"/>
        </w:rPr>
        <w:t xml:space="preserve">▪  </w:t>
      </w:r>
      <w:r>
        <w:rPr>
          <w:rFonts w:ascii="Arial" w:hAnsi="Arial"/>
          <w:sz w:val="22"/>
        </w:rPr>
        <w:t>Nur eine Gliederungsebene tief oder zu tief. Ein 2.1 ohne 2.2 ist ein Fehler, und mehr als drei Ebenen liest niemand.</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006B46"/>
                <w:sz w:val="21"/>
              </w:rPr>
              <w:t>Formalia auf einen Blick</w:t>
            </w:r>
          </w:p>
          <w:p>
            <w:pPr>
              <w:spacing w:after="40"/>
            </w:pPr>
            <w:r>
              <w:rPr>
                <w:rFonts w:ascii="Arial" w:hAnsi="Arial"/>
                <w:color w:val="111111"/>
                <w:sz w:val="20"/>
              </w:rPr>
              <w:t>Umfang: meist 8 bis 15 Seiten Text, ohne Deckblatt und Verzeichnisse</w:t>
            </w:r>
          </w:p>
          <w:p>
            <w:pPr>
              <w:spacing w:after="40"/>
            </w:pPr>
            <w:r>
              <w:rPr>
                <w:rFonts w:ascii="Arial" w:hAnsi="Arial"/>
                <w:color w:val="111111"/>
                <w:sz w:val="20"/>
              </w:rPr>
              <w:t>Schrift: 12 pt Serifenschrift oder 11 pt serifenlos, Zeilenabstand 1,5</w:t>
            </w:r>
          </w:p>
          <w:p>
            <w:pPr>
              <w:spacing w:after="40"/>
            </w:pPr>
            <w:r>
              <w:rPr>
                <w:rFonts w:ascii="Arial" w:hAnsi="Arial"/>
                <w:color w:val="111111"/>
                <w:sz w:val="20"/>
              </w:rPr>
              <w:t>Rand: links 3 cm für die Heftung, rechts 2,5 cm für Anmerkungen</w:t>
            </w:r>
          </w:p>
          <w:p>
            <w:pPr>
              <w:spacing w:after="40"/>
            </w:pPr>
            <w:r>
              <w:rPr>
                <w:rFonts w:ascii="Arial" w:hAnsi="Arial"/>
                <w:color w:val="111111"/>
                <w:sz w:val="20"/>
              </w:rPr>
              <w:t>Seitenzahlen: ab der Einleitung, das Deckblatt zählt nicht mit</w:t>
            </w:r>
          </w:p>
          <w:p>
            <w:pPr>
              <w:spacing w:after="160"/>
            </w:pPr>
            <w:r>
              <w:rPr>
                <w:rFonts w:ascii="Arial" w:hAnsi="Arial"/>
                <w:color w:val="111111"/>
                <w:sz w:val="20"/>
              </w:rPr>
              <w:t>Erklärung: eigenhändig unterschrieben, mit Ort und Datum</w:t>
            </w:r>
          </w:p>
        </w:tc>
      </w:tr>
    </w:tbl>
    <w:p>
      <w:pPr>
        <w:spacing w:before="0" w:after="180" w:line="20" w:lineRule="exact"/>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Vor der Abgabe</w:t>
            </w:r>
          </w:p>
          <w:p>
            <w:pPr>
              <w:spacing w:after="120"/>
            </w:pPr>
            <w:r>
              <w:rPr>
                <w:rFonts w:ascii="Arial" w:hAnsi="Arial"/>
                <w:sz w:val="20"/>
              </w:rPr>
              <w:t xml:space="preserve">Eine Facharbeit wird benotet, und Rechtschreibung geht in die Note ein. Wir lesen sie gegen: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 Vorlage darfst du frei nutzen, anpassen und weitergeben.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0" w:after="0" w:line="276" w:lineRule="auto"/>
        <w:jc w:val="right"/>
      </w:pPr>
      <w:r>
        <w:rPr>
          <w:rFonts w:ascii="Arial" w:hAnsi="Arial"/>
          <w:b w:val="0"/>
          <w:i w:val="0"/>
          <w:color w:val="111111"/>
          <w:sz w:val="22"/>
        </w:rPr>
        <w:t>[Name der Schule]</w:t>
      </w:r>
    </w:p>
    <w:p>
      <w:pPr>
        <w:spacing w:before="0" w:after="0" w:line="276" w:lineRule="auto"/>
        <w:jc w:val="right"/>
      </w:pPr>
      <w:r>
        <w:rPr>
          <w:rFonts w:ascii="Arial" w:hAnsi="Arial"/>
          <w:b w:val="0"/>
          <w:i w:val="0"/>
          <w:color w:val="111111"/>
          <w:sz w:val="22"/>
        </w:rPr>
        <w:t>[Ort der Schule]</w:t>
      </w:r>
    </w:p>
    <w:p>
      <w:pPr>
        <w:spacing w:before="0" w:after="0" w:line="276" w:lineRule="auto"/>
        <w:jc w:val="right"/>
      </w:pPr>
      <w:r>
        <w:rPr>
          <w:rFonts w:ascii="Arial" w:hAnsi="Arial"/>
          <w:b w:val="0"/>
          <w:i w:val="0"/>
          <w:color w:val="111111"/>
          <w:sz w:val="22"/>
        </w:rPr>
        <w:t>[Schuljahr]</w:t>
      </w:r>
    </w:p>
    <w:p>
      <w:pPr>
        <w:spacing w:before="0" w:after="1380" w:line="20" w:lineRule="exact"/>
      </w:pPr>
    </w:p>
    <w:p>
      <w:pPr>
        <w:spacing w:before="0" w:after="200" w:line="276" w:lineRule="auto"/>
      </w:pPr>
      <w:r>
        <w:rPr>
          <w:rFonts w:ascii="Arial" w:hAnsi="Arial"/>
          <w:b/>
          <w:i w:val="0"/>
          <w:color w:val="111111"/>
          <w:sz w:val="32"/>
        </w:rPr>
        <w:t>Facharbeit</w:t>
      </w:r>
    </w:p>
    <w:p>
      <w:pPr>
        <w:spacing w:before="0" w:after="120" w:line="276" w:lineRule="auto"/>
      </w:pPr>
      <w:r>
        <w:rPr>
          <w:rFonts w:ascii="Arial" w:hAnsi="Arial"/>
          <w:b w:val="0"/>
          <w:i w:val="0"/>
          <w:color w:val="111111"/>
          <w:sz w:val="22"/>
        </w:rPr>
        <w:t>im [Fach]-Kurs von [Titel Vorname Nachname]</w:t>
      </w:r>
    </w:p>
    <w:p>
      <w:pPr>
        <w:spacing w:before="0" w:after="780" w:line="20" w:lineRule="exact"/>
      </w:pPr>
    </w:p>
    <w:p>
      <w:pPr>
        <w:spacing w:before="0" w:after="200" w:line="276" w:lineRule="auto"/>
      </w:pPr>
      <w:r>
        <w:rPr>
          <w:rFonts w:ascii="Arial" w:hAnsi="Arial"/>
          <w:b/>
          <w:i w:val="0"/>
          <w:color w:val="111111"/>
          <w:sz w:val="32"/>
        </w:rPr>
        <w:t>[Titel der Facharbeit]</w:t>
      </w:r>
    </w:p>
    <w:p>
      <w:pPr>
        <w:spacing w:before="0" w:after="120" w:line="276" w:lineRule="auto"/>
      </w:pPr>
      <w:r>
        <w:rPr>
          <w:rFonts w:ascii="Arial" w:hAnsi="Arial"/>
          <w:b w:val="0"/>
          <w:i w:val="0"/>
          <w:color w:val="111111"/>
          <w:sz w:val="22"/>
        </w:rPr>
        <w:t>[Untertitel oder die Fragestellung, falls der Titel sie nicht nennt]</w:t>
      </w:r>
    </w:p>
    <w:p>
      <w:pPr>
        <w:spacing w:before="0" w:after="1380" w:line="20" w:lineRule="exact"/>
      </w:pPr>
    </w:p>
    <w:p>
      <w:pPr>
        <w:spacing w:before="0" w:after="0" w:line="276" w:lineRule="auto"/>
      </w:pPr>
      <w:r>
        <w:rPr>
          <w:rFonts w:ascii="Arial" w:hAnsi="Arial"/>
          <w:b w:val="0"/>
          <w:i w:val="0"/>
          <w:color w:val="111111"/>
          <w:sz w:val="22"/>
        </w:rPr>
        <w:t>vorgelegt von: [Vorname Nachname]</w:t>
      </w:r>
    </w:p>
    <w:p>
      <w:pPr>
        <w:spacing w:before="0" w:after="0" w:line="276" w:lineRule="auto"/>
      </w:pPr>
      <w:r>
        <w:rPr>
          <w:rFonts w:ascii="Arial" w:hAnsi="Arial"/>
          <w:b w:val="0"/>
          <w:i w:val="0"/>
          <w:color w:val="111111"/>
          <w:sz w:val="22"/>
        </w:rPr>
        <w:t>Jahrgangsstufe: [Zahl]</w:t>
      </w:r>
    </w:p>
    <w:p>
      <w:pPr>
        <w:spacing w:before="0" w:after="0" w:line="276" w:lineRule="auto"/>
      </w:pPr>
      <w:r>
        <w:rPr>
          <w:rFonts w:ascii="Arial" w:hAnsi="Arial"/>
          <w:b w:val="0"/>
          <w:i w:val="0"/>
          <w:color w:val="111111"/>
          <w:sz w:val="22"/>
        </w:rPr>
        <w:t>Abgabedatum: [TT.MM.JJJJ]</w:t>
      </w:r>
    </w:p>
    <w:p>
      <w:pPr>
        <w:sectPr>
          <w:footerReference w:type="default" r:id="rId12"/>
          <w:pgSz w:w="11906" w:h="16838"/>
          <w:pgMar w:top="1417" w:right="1417" w:bottom="1134" w:left="1701" w:header="720" w:footer="720" w:gutter="0"/>
          <w:cols w:space="720"/>
          <w:docGrid w:linePitch="360"/>
          <w:pgNumType w:fmt="lowerRoman" w:start="1"/>
        </w:sectPr>
      </w:pPr>
    </w:p>
    <w:p>
      <w:pPr>
        <w:spacing w:before="0" w:after="200" w:line="276" w:lineRule="auto"/>
      </w:pPr>
      <w:r>
        <w:rPr>
          <w:rFonts w:ascii="Arial" w:hAnsi="Arial"/>
          <w:b/>
          <w:i w:val="0"/>
          <w:color w:val="111111"/>
          <w:sz w:val="32"/>
        </w:rPr>
        <w:t>Inhaltsverzeichnis</w:t>
      </w:r>
    </w:p>
    <w:p>
      <w:pPr>
        <w:spacing w:after="120"/>
      </w:pPr>
      <w:r>
        <w:rPr>
          <w:rFonts w:ascii="Arial" w:hAnsi="Arial"/>
          <w:color w:val="555555"/>
          <w:sz w:val="21"/>
        </w:rPr>
        <w:fldChar w:fldCharType="begin" w:dirty="true"/>
        <w:instrText xml:space="preserve">TOC \o "1-3" \h \z \u</w:instrText>
        <w:fldChar w:fldCharType="separate"/>
        <w:t>Hier steht dein Inhaltsverzeichnis, sobald du es aktualisierst: klick hinein und druecke F9.</w:t>
        <w:fldChar w:fldCharType="end"/>
      </w:r>
    </w:p>
    <w:p>
      <w:pPr>
        <w:sectPr>
          <w:footerReference w:type="default" r:id="rId13"/>
          <w:pgSz w:w="11906" w:h="16838"/>
          <w:pgMar w:top="1417" w:right="1417" w:bottom="1134" w:left="1701" w:header="720" w:footer="720" w:gutter="0"/>
          <w:cols w:space="720"/>
          <w:docGrid w:linePitch="360"/>
          <w:pgNumType w:fmt="lowerRoman" w:start="2"/>
        </w:sectPr>
      </w:pPr>
    </w:p>
    <w:p>
      <w:pPr>
        <w:pStyle w:val="Heading1"/>
      </w:pPr>
      <w:r>
        <w:t>Einleitung</w:t>
      </w:r>
    </w:p>
    <w:p>
      <w:pPr>
        <w:spacing w:before="0" w:after="200" w:line="360" w:lineRule="auto"/>
      </w:pPr>
      <w:r>
        <w:rPr>
          <w:rFonts w:ascii="Arial" w:hAnsi="Arial"/>
          <w:b w:val="0"/>
          <w:i/>
          <w:color w:val="555555"/>
          <w:sz w:val="22"/>
        </w:rPr>
        <w:t>[Erster Absatz: worum es geht und warum das interessant ist. Zweiter Absatz: deine Fragestellung, erkennbar als Frage. Dritter Absatz: wie du vorgehst, Kapitel für Kapitel.]</w:t>
      </w:r>
    </w:p>
    <w:p>
      <w:pPr>
        <w:pStyle w:val="Heading1"/>
      </w:pPr>
      <w:r>
        <w:t>[Grundlagen: die Begriffe, die man kennen muss]</w:t>
      </w:r>
    </w:p>
    <w:p>
      <w:pPr>
        <w:spacing w:before="0" w:after="200" w:line="360" w:lineRule="auto"/>
      </w:pPr>
      <w:r>
        <w:rPr>
          <w:rFonts w:ascii="Arial" w:hAnsi="Arial"/>
          <w:b w:val="0"/>
          <w:i/>
          <w:color w:val="555555"/>
          <w:sz w:val="22"/>
        </w:rPr>
        <w:t>[Erklär nur, was du später wirklich brauchst, und immer mit Quelle. Wer hier alles erklärt, was er gelesen hat, verliert den Platz für den eigenen Teil.]</w:t>
      </w:r>
    </w:p>
    <w:p>
      <w:pPr>
        <w:pStyle w:val="Heading1"/>
      </w:pPr>
      <w:r>
        <w:t>[Hauptteil: die eigentliche Untersuchung]</w:t>
      </w:r>
    </w:p>
    <w:p>
      <w:pPr>
        <w:pStyle w:val="Heading2"/>
      </w:pPr>
      <w:r>
        <w:t>[Erster Aspekt]</w:t>
      </w:r>
    </w:p>
    <w:p>
      <w:pPr>
        <w:spacing w:before="0" w:after="200" w:line="360" w:lineRule="auto"/>
      </w:pPr>
      <w:r>
        <w:rPr>
          <w:rFonts w:ascii="Arial" w:hAnsi="Arial"/>
          <w:b w:val="0"/>
          <w:i/>
          <w:color w:val="555555"/>
          <w:sz w:val="22"/>
        </w:rPr>
        <w:t>[Ein Gedanke pro Absatz: Behauptung, Beleg, Einordnung. Wörtliche Zitate sparsam, sinngemäße häufiger, beide mit Quelle in der Fußnote oder in Klammern.]</w:t>
      </w:r>
    </w:p>
    <w:p>
      <w:pPr>
        <w:pStyle w:val="Heading2"/>
      </w:pPr>
      <w:r>
        <w:t>[Zweiter Aspekt]</w:t>
      </w:r>
    </w:p>
    <w:p>
      <w:pPr>
        <w:spacing w:before="0" w:after="200" w:line="360" w:lineRule="auto"/>
      </w:pPr>
      <w:r>
        <w:rPr>
          <w:rFonts w:ascii="Arial" w:hAnsi="Arial"/>
          <w:b w:val="0"/>
          <w:i/>
          <w:color w:val="555555"/>
          <w:sz w:val="22"/>
        </w:rPr>
        <w:t>[Hier ist der Ort für Gegenargumente. Eine Arbeit, die den Einwand nennt und beantwortet, wirkt stärker als eine, die ihn verschweigt.]</w:t>
      </w:r>
    </w:p>
    <w:p>
      <w:pPr>
        <w:pStyle w:val="Heading2"/>
      </w:pPr>
      <w:r>
        <w:t>[Dritter Aspekt oder eigene Erhebung]</w:t>
      </w:r>
    </w:p>
    <w:p>
      <w:pPr>
        <w:spacing w:before="0" w:after="200" w:line="360" w:lineRule="auto"/>
      </w:pPr>
      <w:r>
        <w:rPr>
          <w:rFonts w:ascii="Arial" w:hAnsi="Arial"/>
          <w:b w:val="0"/>
          <w:i/>
          <w:color w:val="555555"/>
          <w:sz w:val="22"/>
        </w:rPr>
        <w:t>[Wenn du selbst etwas gemessen, befragt oder ausgewertet hast, steht es hier: erst wie, dann was dabei herauskam.]</w:t>
      </w:r>
    </w:p>
    <w:p>
      <w:pPr>
        <w:pStyle w:val="Heading1"/>
      </w:pPr>
      <w:r>
        <w:t>Fazit</w:t>
      </w:r>
    </w:p>
    <w:p>
      <w:pPr>
        <w:spacing w:before="0" w:after="200" w:line="360" w:lineRule="auto"/>
      </w:pPr>
      <w:r>
        <w:rPr>
          <w:rFonts w:ascii="Arial" w:hAnsi="Arial"/>
          <w:b w:val="0"/>
          <w:i/>
          <w:color w:val="555555"/>
          <w:sz w:val="22"/>
        </w:rPr>
        <w:t>[Antworte auf die Frage aus der Einleitung, in denselben Worten. Danach: was offen bleibt. Keine neuen Quellen und keine neuen Argumente mehr.]</w:t>
      </w:r>
    </w:p>
    <w:p>
      <w:r>
        <w:br w:type="page"/>
      </w:r>
    </w:p>
    <w:p>
      <w:pPr>
        <w:spacing w:before="0" w:after="200" w:line="276" w:lineRule="auto"/>
      </w:pPr>
      <w:r>
        <w:rPr>
          <w:rFonts w:ascii="Arial" w:hAnsi="Arial"/>
          <w:b/>
          <w:i w:val="0"/>
          <w:color w:val="111111"/>
          <w:sz w:val="32"/>
        </w:rPr>
        <w:t>Literaturverzeichnis</w:t>
      </w:r>
    </w:p>
    <w:p>
      <w:pPr>
        <w:spacing w:before="0" w:after="200" w:line="360" w:lineRule="auto"/>
      </w:pPr>
      <w:r>
        <w:rPr>
          <w:rFonts w:ascii="Arial" w:hAnsi="Arial"/>
          <w:b w:val="0"/>
          <w:i/>
          <w:color w:val="555555"/>
          <w:sz w:val="22"/>
        </w:rPr>
        <w:t>Alphabetisch nach Nachname, hängender Einzug. Ersetze die Musterzeilen durch deine Quellen und halte dich an die Form, die dein Kurs verlangt.</w:t>
      </w:r>
    </w:p>
    <w:p>
      <w:pPr>
        <w:spacing w:before="0" w:after="120" w:line="276" w:lineRule="auto"/>
      </w:pPr>
      <w:r>
        <w:rPr>
          <w:rFonts w:ascii="Arial" w:hAnsi="Arial"/>
          <w:b w:val="0"/>
          <w:i w:val="0"/>
          <w:color w:val="111111"/>
          <w:sz w:val="22"/>
        </w:rPr>
        <w:t>Nachname, Vorname: Titel des Buches. Auflage. Ort: Verlag, Jahr.</w:t>
      </w:r>
    </w:p>
    <w:p>
      <w:pPr>
        <w:spacing w:before="0" w:after="120" w:line="276" w:lineRule="auto"/>
      </w:pPr>
      <w:r>
        <w:rPr>
          <w:rFonts w:ascii="Arial" w:hAnsi="Arial"/>
          <w:b w:val="0"/>
          <w:i w:val="0"/>
          <w:color w:val="111111"/>
          <w:sz w:val="22"/>
        </w:rPr>
        <w:t>Nachname, Vorname: Titel des Aufsatzes. In: Zeitschrift, Jahrgang (Jahr), Heft, S. [Zahl] bis [Zahl].</w:t>
      </w:r>
    </w:p>
    <w:p>
      <w:pPr>
        <w:spacing w:before="0" w:after="120" w:line="276" w:lineRule="auto"/>
      </w:pPr>
      <w:r>
        <w:rPr>
          <w:rFonts w:ascii="Arial" w:hAnsi="Arial"/>
          <w:b w:val="0"/>
          <w:i w:val="0"/>
          <w:color w:val="111111"/>
          <w:sz w:val="22"/>
        </w:rPr>
        <w:t>Nachname, Vorname: Titel der Seite. [Adresse] (abgerufen am TT.MM.JJJJ).</w:t>
      </w:r>
    </w:p>
    <w:p>
      <w:pPr>
        <w:sectPr>
          <w:footerReference w:type="default" r:id="rId14"/>
          <w:pgSz w:w="11906" w:h="16838"/>
          <w:pgMar w:top="1417" w:right="1417" w:bottom="1134" w:left="1701" w:header="720" w:footer="720" w:gutter="0"/>
          <w:cols w:space="720"/>
          <w:docGrid w:linePitch="360"/>
          <w:pgNumType w:fmt="decimal" w:start="1"/>
        </w:sectPr>
      </w:pPr>
    </w:p>
    <w:p>
      <w:pPr>
        <w:spacing w:before="0" w:after="200" w:line="276" w:lineRule="auto"/>
      </w:pPr>
      <w:r>
        <w:rPr>
          <w:rFonts w:ascii="Arial" w:hAnsi="Arial"/>
          <w:b/>
          <w:i w:val="0"/>
          <w:color w:val="111111"/>
          <w:sz w:val="32"/>
        </w:rPr>
        <w:t>Erklärung</w:t>
      </w:r>
    </w:p>
    <w:p>
      <w:pPr>
        <w:spacing w:before="0" w:after="120" w:line="276" w:lineRule="auto"/>
      </w:pPr>
      <w:r>
        <w:rPr>
          <w:rFonts w:ascii="Arial" w:hAnsi="Arial"/>
          <w:b w:val="0"/>
          <w:i w:val="0"/>
          <w:color w:val="111111"/>
          <w:sz w:val="22"/>
        </w:rPr>
        <w:t>Hiermit erkläre ich, dass ich die vorliegende Facharbeit selbstständig verfasst und keine anderen als die angegebenen Quellen und Hilfsmittel benutzt habe. Alle Stellen, die wörtlich oder sinngemäß aus fremden Texten übernommen sind, habe ich als solche kenntlich gemacht.</w:t>
      </w:r>
    </w:p>
    <w:p>
      <w:pPr>
        <w:spacing w:before="0" w:after="580" w:line="20" w:lineRule="exact"/>
      </w:pPr>
    </w:p>
    <w:p>
      <w:pPr>
        <w:spacing w:before="0" w:after="0" w:line="276" w:lineRule="auto"/>
      </w:pPr>
      <w:r>
        <w:rPr>
          <w:rFonts w:ascii="Arial" w:hAnsi="Arial"/>
          <w:b w:val="0"/>
          <w:i w:val="0"/>
          <w:color w:val="111111"/>
          <w:sz w:val="22"/>
        </w:rPr>
        <w:t>[Ort], [TT.MM.JJJJ]</w:t>
      </w:r>
    </w:p>
    <w:p>
      <w:pPr>
        <w:spacing w:before="0" w:after="660" w:line="20" w:lineRule="exact"/>
      </w:pPr>
    </w:p>
    <w:p>
      <w:pPr>
        <w:spacing w:before="0" w:after="0" w:line="276" w:lineRule="auto"/>
      </w:pPr>
      <w:r>
        <w:rPr>
          <w:rFonts w:ascii="Arial" w:hAnsi="Arial"/>
          <w:b w:val="0"/>
          <w:i w:val="0"/>
          <w:color w:val="111111"/>
          <w:sz w:val="22"/>
        </w:rPr>
        <w:t>[Unterschrift]</w:t>
      </w:r>
    </w:p>
    <w:p>
      <w:pPr>
        <w:spacing w:before="0" w:after="380" w:line="20" w:lineRule="exact"/>
      </w:pPr>
    </w:p>
    <w:p>
      <w:pPr>
        <w:spacing w:before="0" w:after="80" w:line="276" w:lineRule="auto"/>
      </w:pPr>
      <w:r>
        <w:rPr>
          <w:rFonts w:ascii="Arial" w:hAnsi="Arial"/>
          <w:b w:val="0"/>
          <w:i w:val="0"/>
          <w:color w:val="555555"/>
          <w:sz w:val="18"/>
        </w:rPr>
        <w:t>Verlangt deine Schule einen eigenen Wortlaut oder eine Erklärung zur Nutzung von KI, ersetze diesen Text durch ihren.</w:t>
      </w:r>
    </w:p>
    <w:sectPr w:rsidR="00FC693F" w:rsidRPr="0006063C" w:rsidSect="00034616">
      <w:footerReference w:type="default" r:id="rId15"/>
      <w:pgSz w:w="11906" w:h="16838"/>
      <w:pgMar w:top="1417" w:right="1417" w:bottom="1134" w:left="1701"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55555"/>
        <w:sz w:val="20"/>
      </w:rPr>
      <w:fldChar w:fldCharType="begin"/>
      <w:instrText xml:space="preserve">PAGE</w:instrText>
      <w:fldChar w:fldCharType="separate"/>
      <w:t>1</w:t>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55555"/>
        <w:sz w:val="20"/>
      </w:rPr>
      <w:fldChar w:fldCharType="begin"/>
      <w:instrText xml:space="preserve">PAGE</w:instrText>
      <w:fldChar w:fldCharType="separate"/>
      <w:t>1</w:t>
      <w:fldChar w:fldCharType="end"/>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multiLevelType w:val="multilevel"/>
    <w:lvl w:ilvl="0">
      <w:start w:val="1"/>
      <w:numFmt w:val="decimal"/>
      <w:pStyle w:val="Heading1"/>
      <w:lvlText w:val="%1"/>
      <w:lvlJc w:val="left"/>
      <w:pPr>
        <w:ind w:left="0" w:firstLine="0"/>
      </w:pPr>
    </w:lvl>
    <w:lvl w:ilvl="1">
      <w:start w:val="1"/>
      <w:numFmt w:val="decimal"/>
      <w:pStyle w:val="Heading2"/>
      <w:lvlText w:val="%1.%2"/>
      <w:lvlJc w:val="left"/>
      <w:pPr>
        <w:ind w:left="0" w:firstLine="0"/>
      </w:pPr>
    </w:lvl>
    <w:lvl w:ilvl="2">
      <w:start w:val="1"/>
      <w:numFmt w:val="decimal"/>
      <w:pStyle w:val="Heading3"/>
      <w:lvlText w:val="%1.%2.%3"/>
      <w:lvlJc w:val="left"/>
      <w:pPr>
        <w:ind w:left="0" w:firstLine="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numPr>
        <w:ilvl w:val="0"/>
        <w:numId w:val="10"/>
      </w:numPr>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numPr>
        <w:ilvl w:val="1"/>
        <w:numId w:val="10"/>
      </w:numPr>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numPr>
        <w:ilvl w:val="2"/>
        <w:numId w:val="10"/>
      </w:numPr>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footer" Target="footer4.xml"/><Relationship Id="rId15"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Facharbeit: komplette Word-Vorlage</dc:title>
  <dc:subject>Deckblatt, Inhaltsverzeichnis, Kapitelgeruest und Erklaerung</dc:subject>
  <dc:creator>korrektur.de</dc:creator>
  <cp:keywords>Facharbeit, Vorlage, Muster, Deckblatt, Inhaltsverzeichnis, Gliederung, Oberstufe, Word</cp:keywords>
  <dc:description>Kostenlose Vorlage von korrektur.de. Aktuelle Fassung: https://korrektur.de/facharbeit-schreiben</dc:description>
  <cp:lastModifiedBy>korrektur.de</cp:lastModifiedBy>
  <cp:revision>1</cp:revision>
  <dcterms:created xsi:type="dcterms:W3CDTF">2013-12-23T23:15:00Z</dcterms:created>
  <dcterms:modified xsi:type="dcterms:W3CDTF">2013-12-23T23:15:00Z</dcterms:modified>
  <cp:category>Vorlage</cp:category>
</cp:coreProperties>
</file>