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Fachbegriffe wissenschaftliches Arbeiten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16 Karteikarten mit Fachbegriffen des wissenschaftlichen Arbeitens: vorn der Begriff, hinten die Kurzdefinition.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 den gestrichelten Linien schneiden, Karte hinten beschriften oder Vorder- und Rückseite ausschneiden und zusammenkleben.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Vorbereitung auf Methodenseminare, Kolloquium oder die mündliche Prüfung zur Abschlussarbeit.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Schnelles Wiederholen der Begriffe, bevor sie im eigenen Text auftauchen sollen.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Hypothese und Forschungsfrage werden verwechselt: eine Hypothese ist eine Behauptung, keine Frage.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Validität und Reliabilität werden gleichgesetzt, dabei prüft die eine, ob gemessen wird, was gemessen werden soll, die andere, ob das Ergebnis stabil bleibt.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Primär- und Sekundärquelle werden im Literaturverzeichnis nicht auseinandergehalten.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„Paraphrase“ wird als Ausrede für zu enges Umformulieren fremder Sätze benutzt, das bleibt trotzdem ein Plagiat.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Begriffe zu kennen ist die eine Sache, sie im eigenen Text richtig anzuwenden die andere.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KARTEIKARTEN WISSENSCHAFTLICHES ARBEITEN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Fachbegriffe: 16 Karteikarten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Hypothese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Eine begründete, überprüfbare Behauptung über einen Zusammenhang, noch nicht bewiesen.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Forschungsfrage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offene Frage, die eine Arbeit mit einer Methode beantworten will.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Operationalisierung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abstrakter Begriff wird in messbare Merkmale übersetzt.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Validität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Ob wirklich gemessen wird, was gemessen werden soll.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Reliabilität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Ob eine Messung bei Wiederholung dasselbe Ergebnis liefert.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Objektivität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Ob das Ergebnis unabhängig davon ist, wer misst oder auswertet.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Paraphrase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fremder Gedanke in eigenen Worten, mit Quellenangabe, kein Zitat.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Primärquelle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Originalarbeit oder Originaldaten, aus erster Hand.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Sekundärquelle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Text, der über eine Primärquelle berichtet oder sie einordnet.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Peer-Review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Begutachtung eines Fachartikels durch andere Fachleute vor der Veröffentlichung.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Abstract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Kurze Zusammenfassung von Frage, Methode und Ergebnis am Anfang einer Arbeit.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Exposé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Der Plan einer Arbeit vor dem Schreiben: Thema, Frage, Methode, Zeitplan.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Methodik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Vorgehensweise, mit der Daten erhoben und ausgewertet werden.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Signifikanz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Ob ein Ergebnis statistisch verlässlich vom Zufall zu unterscheiden ist.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Stichprobe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Der Teil einer Gruppe, der tatsächlich untersucht wird.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Plagiat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Fremde Gedanken oder Formulierungen ohne Quellenangabe als eigene ausgeben.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Fachbegriffe wissenschaftliches Arbeiten: 16 Karteikarten zum Ausdrucken</dc:title>
  <dc:subject>Karteikarten zum Ausdrucken, 16 Fachbegriffe mit Definition</dc:subject>
  <dc:creator>korrektur.de</dc:creator>
  <cp:keywords>Wissenschaftliches Arbeiten, Fachbegriffe, Karteikarten, Definitionen, Studium</cp:keywords>
  <dc:description>Kostenlose Vorlage von korrektur.de. Aktuelle Fassung: https://korrektur.de/wissenschaftliches-arbeiten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