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Gedichtanalyse schreiben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drei Gerüste: Gedichtanalyse, Gedichtvergleich und Balladenanalyse. Jedes deckt eine eigene Aufgabe ab, such dir das passende aus und lösch den Rest.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mit der Vorlage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 und die beiden Gerüste, die du nicht brauchst. Sie gehören nicht in die Abgabe.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Füll die Kopfdaten zuerst aus. Ohne Autor oder Autorin, Entstehungsjahr und Gedichtform fehlt der Einleitung der Rahmen.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Bestimme Form und Aufbau, bevor du sprachliche Mittel suchst. Reimschema und Metrum ordnen den Blick auf den Text.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Geh Strophe für Strophe durch den Inhalt, bevor du deutest. Erst danach folgt die Wirkung der Sprache.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Belege jedes Mittel mit einer Textstelle und einem Satz zur Wirkung. Ein Mittel ohne Beleg zählt nicht als Analyse.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Typische Fehler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Hauptteil wird zur Nacherzählung, statt Stellen zu deuten.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Stilmittel werden nur aufgezählt, die Wirkung fehlt.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Reimschema wird genannt, aber nie mit dem Inhalt in Verbindung gebracht.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Epoche wird geraten, statt an Sprache oder Motiven belegt zu werden.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Formulierungen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lyrische Ich beschreibt in der ersten Strophe, ...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Auffällig ist das Reimschema, das ...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Stilmittel [Mittel] in Vers [Zahl] bewirkt, dass ...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Im Vergleich zeigt sich, dass beide Gedichte ..., sich aber in ... unterscheiden.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die Gedichtanalyse steht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Wir lesen den Text vor der Abgabe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Gedichtanalyse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Gedicht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des Gedichts]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Autor/in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Entstehungsjahr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[Jahr]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Epoche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[zum Beispiel Romantik, Expressionismus]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Gedichtform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[Sonett, Ode, freie Verse]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EINLEITUNG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[Autor], [Titel] ([Jahr], [Epoche]), behandelt [Thema in einem Satz].</w:t>
      </w:r>
    </w:p>
    <w:p>
      <w:pPr>
        <w:spacing w:before="0" w:after="10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FORM UND AUFBAU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Merkmal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Ausprägung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Strophen und Verse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[Anzahl Strophen], [Anzahl Verse je Strophe]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Reimschema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[zum Beispiel Kreuzreim, Paarreim]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Metrum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[zum Beispiel Jambus, Trochäus]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Kadenzen, Enjambements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[männlich oder weiblich; Zeilensprünge mit Verszahl]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INHALT JE STROPHE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Strophe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Inhalt in einem Satz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[Strophe 1]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[Kernaussage der Strophe]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[Strophe 2]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[Kernaussage der Strophe]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SPRACHE UND BILDER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Vers, Zitat, Mittel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Wirkung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[Vers, Zitat, Mittel]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[Wirkung des Mittels]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[Vers, Zitat, Mittel]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[Wirkung des Mittels]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LYRISCHES ICH, STIMMUNG UND DEUTUNG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[Wer spricht, mit welcher Haltung, und was bedeutet das Gedicht insgesamt?]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SCHLUSS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[Einordnung des Gedichts und eigene Einschätzung in ein bis zwei Sätzen.]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Gedichtvergleich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Gedicht A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[Titel], [Autor/in], [Jahr]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Gedicht B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[Titel], [Autor/in], [Jahr]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GEMEINSAMER VERGLEICHSASPEKT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[Welche Frage oder welches Thema verbindet beide Gedichte, und warum lohnt der Vergleich?]</w:t>
      </w:r>
    </w:p>
    <w:p>
      <w:pPr>
        <w:spacing w:before="0" w:after="100" w:line="20" w:lineRule="exac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701"/>
        <w:gridCol w:w="7087"/>
      </w:tblGrid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Aspekt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Gedicht A / Gedicht B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Thema und Motiv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[Ausprägung A] / [Ausprägung B]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Form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[Ausprägung A] / [Ausprägung B]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Sprache und Bilder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[Ausprägung A] / [Ausprägung B]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Lyrisches Ich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[Ausprägung A] / [Ausprägung B]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Stimmung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[Ausprägung A] / [Ausprägung B]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Epoche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[Ausprägung A] / [Ausprägung B]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ERGEBNIS DES VERGLEICHS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[Worin sind sich die beiden Gedichte ähnlich, worin unterscheiden sie sich, und was folgt daraus?]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Ballade</w:t>
      </w:r>
    </w:p>
    <w:p>
      <w:pPr>
        <w:spacing w:before="0" w:after="12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Eine Ballade verbindet Lyrik, Epik und Dramatik: sie erzählt eine Handlung in Versform und mit Sprechanteilen.</w:t>
      </w:r>
    </w:p>
    <w:p>
      <w:pPr>
        <w:spacing w:before="0" w:after="10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HANDLUNG IN STATIONEN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701"/>
        <w:gridCol w:w="7087"/>
      </w:tblGrid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Station (Strophe)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Was passiert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[Station 1] ([Strophe])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[Handlung]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[Station 2] ([Strophe])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[Handlung]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[Station 3] ([Strophe])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[Handlung]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FIGUREN UND SPRECHINSTANZ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[Wer handelt in der Ballade, wer spricht wann, und wie wechseln Erzählung und wörtliche Rede?]</w:t>
      </w:r>
    </w:p>
    <w:p>
      <w:pPr>
        <w:spacing w:before="0" w:after="10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SPANNUNGSAUFBAU UND WENDEPUNKT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[Wie steigt die Spannung, und an welcher Stelle liegt der Wendepunkt der Handlung?]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SPRACHE UND RHYTHMUS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[Welche sprachlichen Mittel und welcher Rhythmus prägen die Ballade, und welche Wirkung entsteht dadurch?]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DEUTUNG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[Welche Botschaft oder Moral vermittelt die Ballade, zwei bis drei Sätze.]</w:t>
      </w:r>
    </w:p>
    <w:p>
      <w:pPr>
        <w:spacing w:before="0" w:after="140" w:line="20" w:lineRule="exact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8788"/>
      </w:tblGrid>
      <w:tr>
        <w:tc>
          <w:tcPr>
            <w:tcW w:type="dxa" w:w="878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Checkliste vor der Abgabe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Präsens durchgehend verwendet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Jede Aussage mit Vers- oder Strophenangabe belegt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Reimschema und Metrum benannt und mit Wirkung erklärt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Keine Nacherzählung, sondern Deutung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Epoche an Sprache oder Motiven belegt, nicht geraten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Bei Vergleich oder Ballade die passenden Rubriken genutzt</w:t>
            </w:r>
          </w:p>
        </w:tc>
      </w:tr>
    </w:tbl>
    <w:p>
      <w:pPr>
        <w:spacing w:before="0" w:after="180" w:line="20" w:lineRule="exact"/>
      </w:pPr>
    </w:p>
    <w:sectPr w:rsidR="00FC693F" w:rsidRPr="0006063C" w:rsidSect="00034616">
      <w:footerReference w:type="default" r:id="rId12"/>
      <w:pgSz w:w="11906" w:h="16838"/>
      <w:pgMar w:top="1417" w:right="1417" w:bottom="1134" w:left="1701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Gedichtanalyse schreiben: Form, Sprache, Deutung</dc:title>
  <dc:subject>Aufbau für Gedichtanalyse, Gedichtvergleich und Balladenanalyse in einer Vorlage</dc:subject>
  <dc:creator>korrektur.de</dc:creator>
  <cp:keywords>Gedichtanalyse, Gedichtinterpretation, Lyrik, Ballade, Reimschema, Metrum, Vorlage, Muster, Schule, Abitur, Word</cp:keywords>
  <dc:description>Kostenlose Vorlage von korrektur.de. Aktuelle Fassung: https://korrektur.de/gedichtanalyse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