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Getrennt- und Zusammenschreibung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Fälle, in denen getrennt oder zusammen geschrieben wird, und wie die Bedeutungsprobe darüber entscheidet.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Getrennt- und Zusammenschreibung den Sinn verändert.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Verb-Verb- und Nomen-Verb-Verbindungen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„frei sprechen“ und „freisprechen“ werden verwechselt, obwohl sie Verschiedenes bedeuten.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„zu“ vor dem Infinitiv wird versehentlich an das Verb angehängt: „hoffe zu sehen“ wird zu „hoffezusehen“.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Verbindungen mit „sein“ werden getrennt geschrieben, obwohl der neue Begriff die Zusammenschreibung verlangt.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Getrennt- oder Zusammenschreibung kann den Sinn eines Satzes kippen.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Getrennt- und Zusammenschreibung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Ändert die Zusammenschreibung die Bedeutung, ist sie oft Pflicht. Bleibt die wörtliche Bedeutung erhalten, wird meistens getrennt geschrieben.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807"/>
        <w:gridCol w:w="3614"/>
        <w:gridCol w:w="4217"/>
      </w:tblGrid>
      <w:tr>
        <w:tc>
          <w:tcPr>
            <w:tcW w:type="dxa" w:w="18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Regel</w:t>
            </w:r>
          </w:p>
        </w:tc>
        <w:tc>
          <w:tcPr>
            <w:tcW w:type="dxa" w:w="421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Verb + 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Verbindungen aus zwei Verben werden meist getrennt geschrieben, bei einigen ist die Zusammenschreibung die vom Duden genannte Hauptform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spazieren gehen, sitzen bleiben (getrennt); kennenlernen (Hauptform, zusammen)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Adjektiv + Verb: Bedeutungswandel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Zusammenschreibung nur, wenn eine neue, übertragene Bedeutung entsteht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freisprechen (vom Vorwurf, zusammen), aber frei sprechen (ohne Manuskript, getrennt)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Nomen + 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steht ein eigenständiges Nomen davor, wird meist getrennt geschrieben, feste Verschmelzungen bleiben zusammen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Rad fahren, Auto fahren (getrennt), aber: eislaufen (zusammen)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Zusammensetzungen mit -sein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werden zusammengeschrieben, wenn sie einen neuen Begriff bilden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dasein, vorhandensein; aber: da sein (dort sein, getrennt)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zu + Infinitiv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bei einfachen Verben getrennt geschrieben, bei trennbaren Verben wandert „zu“ zwischen Präfix und Stamm, alles wird zusammengeschrieben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es ist wichtig, das zu klären; er verspricht, aufzuhören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Frag dich: Entsteht durch die Zusammenschreibung eine neue, übertragene Bedeutung? Wenn ja, schreib zusammen. Bleibt die wörtliche Bedeutung, schreib getrennt.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„frei sprechen“ und „freisprechen“ werden verwechselt, obwohl sie Verschiedenes bedeuten.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„zu“ vor dem Infinitiv wird an das Verb angehängt: „hoffe zu sehen“ wird zu „hoffezusehen“.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Verbindungen mit „sein“ werden probeweise getrennt geschrieben, obwohl der neue Begriff die Zusammenschreibung verlangt.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Getrennt- und Zusammenschreibung: Merkzettel mit der Bedeutungsprobe</dc:title>
  <dc:subject>Merkzettel zum Ausdrucken, eine Seite</dc:subject>
  <dc:creator>korrektur.de</dc:creator>
  <cp:keywords>Getrenntschreibung, Zusammenschreibung, Rechtschreibung, Merkzettel, Deutsch</cp:keywords>
  <dc:description>Kostenlose Vorlage von korrektur.de. Aktuelle Fassung: https://korrektur.de/getrennt-und-zusammenschreibung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