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Gutachten zur Abschlussarbeit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ein Kopf mit den Eckdaten, ein Bewertungsraster mit sieben Kriterien und auf Seite 3 die Textbausteine für Stärken, Schwächen, Gesamteinschätzung und Notenvorschlag. Die Vorlage richtet sich an Betreuende und Zweitgutachtende, hilft aber auch Studierenden zu verstehen, wie eine Abschlussarbeit bewertet wird.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Lies die Arbeit vollständig, bevor du das Raster ausfüllst. Ein erster Eindruck ist keine Bewertungsgrundlage.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Bewerte jedes Kriterium einzeln mit Note und kurzer Begründung, nicht nur mit einem pauschalen Gesamturteil.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Gleich die Note mit dem Schema deiner Hochschule ab. Manche Prüfungsordnungen geben feste Gewichte vor.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Schreib das Gesamturteil erst, wenn alle Kriterien ausgefüllt sind. Es fasst das Raster zusammen, ersetzt es aber nicht.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Fehler bei Gutachten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Nur Lob ohne Begründung, dadurch lässt sich die Note im Nachhinein nicht nachvollziehen.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Note steht da, ohne Bezug zum Bewertungsraster, das macht das Urteil angreifbar.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Sprache der Arbeit wird bewertet, obwohl der Inhalt gemeint sein sollte.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Vergleich mit anderen Arbeiten statt mit den eigenen Kriterien, dadurch wird das Urteil willkürlich.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Formfehler werden zur Hauptkritik, obwohl Inhalt und Methode das Gewicht tragen sollten.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Abschluss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Kopf mit Verfasser/in und Titel ausgefüllt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Jedes Kriterium mit Note und Begründung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Stärken und Schwächen konkret benannt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Notenvorschlag mit dem Raster begründet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Unterschrift und Datum gesetzt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das Gutachten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klares Urteil braucht auch eine klare Sprache. Wir lesen Texte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Gutachten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6520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Verfasser/in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Titel der Arbeit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der Arbeit]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Studiengang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[Studiengang]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Gutachter/in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Datum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BEWERTUNGSRASTER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294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Kriterium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Bewertung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Fragestellung und Zielsetzung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Note: [1 bis 5]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Begründung: [ein bis zwei Sätze]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Aufbau und Gliederung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Note: [1 bis 5]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Begründung: [ein bis zwei Sätze]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Theorie und Forschungsstand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Note: [1 bis 5]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Begründung: [ein bis zwei Sätze]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Methode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Note: [1 bis 5]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Begründung: [ein bis zwei Sätze]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Ergebnisse und Diskussion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Note: [1 bis 5]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Begründung: [ein bis zwei Sätze]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Sprache und Form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Note: [1 bis 5]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Begründung: [ein bis zwei Sätze]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Eigenständigkeit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Note: [1 bis 5]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Begründung: [ein bis zwei Sätze]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Gesamturteil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STÄRKEN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[Zwei bis drei Sätze: Was gelingt an dieser Arbeit besonders gut, etwa bei Fragestellung, Methode oder Ergebnissen?]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SCHWÄCHEN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[Zwei bis drei Sätze: Wo bleibt die Arbeit hinter den Anforderungen zurück, und woran liegt das?]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GESAMTEINSCHÄTZUNG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 vorliegende Arbeit mit dem Titel [Titel der Arbeit] erfüllt die Anforderungen an eine [Bachelorarbeit oder Masterarbeit] [in vollem Umfang, mit Einschränkungen oder nicht]. Besonders hervorzuheben ist [Stärke], während [Schwäche] den Gesamteindruck mindert.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NOTENVORSCHLAG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Ich schlage die Note [Note] vor. Diese Note ergibt sich aus dem Bewertungsraster auf Seite 2 und der Gewichtung gemäß Prüfungsordnung.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Gutachten zur Abschlussarbeit</dc:title>
  <dc:subject>Kopf, Bewertungsraster und Gesamturteil in einer Vorlage</dc:subject>
  <dc:creator>korrektur.de</dc:creator>
  <cp:keywords>Gutachten, Abschlussarbeit, Vorlage, Muster, Bewertungsraster, Zweitgutachten, Bachelorarbeit, Masterarbeit, Word</cp:keywords>
  <dc:description>Kostenlose Vorlage von korrektur.de. Aktuelle Fassung: https://korrektur.de/gutachten-schreiben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