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Handout zum Referat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steht ein fertiges Handout auf einer Seite, dahinter ein Ablaufplan für die Vorbereitung des Vortrags. Ersetze alles in eckigen Klammern und lösch, was du nicht brauchst.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Die eine Regel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Ein Handout ist eine Seite. Zwei sind schon ein Skript, und ein Skript liest niemand mit, während du sprichst. Was nicht draufpasst, gehört in den Vortrag.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 und den Ablaufplan, bevor du kopierst. Ausgeteilt wird nur das Handout selbst.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Schreib zuerst die These in einen Satz. Passt sie nicht in einen Satz, steht das Thema noch nicht.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Drei bis fünf Gliederungspunkte. Mehr Punkte heißen nur weniger Zeit je Punkt.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Setz die Quellen ans Ende, vollständig und in der Zitierweise deines Fachs. Das ist der Teil, den Lehrende zuerst ansehen.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Druck es aus und lies es aus einem Meter Abstand. Unlesbar heißt zu klein.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in der Bewertung auffällt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Name, kein Datum, kein Seminar. Im Stapel ist das Blatt niemandem zuzuordnen.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Ganze Sätze statt Stichpunkte. Dann liest das Publikum, statt zuzuhören.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Fehlende Quellen. Wer Zahlen nennt und nicht sagt, woher sie stammen, verliert genau dort Punkte.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Folien als Handout. Ausgedruckte Folien sind kein Handout: sie ergeben ohne den Vortrag keinen Sinn.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Drei Schriftgrößen und zwei Farben. Ein Blatt, eine Schrift, Fettung nur für die Gliederungspunkte.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Vortrag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Handout passt auf eine Seite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Name, Datum, Seminar und Leitung stehen oben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These steht in einem Satz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Drei bis fünf Gliederungspunkte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Quellen vollständig, in einer Zitierweise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Ausreichend Kopien plus eine für die Leitung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Wird aus dem Referat eine Hausarbeit?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Dann lesen wir sie vor der Abgabe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535"/>
        <w:gridCol w:w="4820"/>
      </w:tblGrid>
      <w:tr>
        <w:tc>
          <w:tcPr>
            <w:tcW w:type="dxa" w:w="4535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[Hochschule oder Schule], [Fachbereich]</w:t>
            </w:r>
          </w:p>
        </w:tc>
        <w:tc>
          <w:tcPr>
            <w:tcW w:type="dxa" w:w="4820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[Semester oder Schuljahr]</w:t>
            </w:r>
          </w:p>
        </w:tc>
      </w:tr>
      <w:tr>
        <w:tc>
          <w:tcPr>
            <w:tcW w:type="dxa" w:w="4535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[Seminar oder Kurs]</w:t>
            </w:r>
          </w:p>
        </w:tc>
        <w:tc>
          <w:tcPr>
            <w:tcW w:type="dxa" w:w="4820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[Leitung: Titel Vorname Nachname]</w:t>
            </w:r>
          </w:p>
        </w:tc>
      </w:tr>
      <w:tr>
        <w:tc>
          <w:tcPr>
            <w:tcW w:type="dxa" w:w="4535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Referat von [Vorname Nachname]</w:t>
            </w:r>
          </w:p>
        </w:tc>
        <w:tc>
          <w:tcPr>
            <w:tcW w:type="dxa" w:w="4820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60" w:line="276" w:lineRule="auto"/>
        <w:pBdr>
          <w:bottom w:val="single" w:sz="6" w:space="4" w:color="00A85A"/>
        </w:pBd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[Thema des Referats]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These: [Der Kern deines Vortrags in genau einem Satz.]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GLIEDERUNG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[Punkt 1]: [Stichwort, Stichwort, Stichwort]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[Punkt 2]: [Stichwort, Stichwort, Stichwort]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[Punkt 3]: [Stichwort, Stichwort, Stichwort]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[Punkt 4]: [Stichwort, Stichwort, Stichwort]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BEGRIFFE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974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[Begriff 1]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[Erklärung in einer Zeile]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[Begriff 2]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[Erklärung in einer Zeile]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ERGEBNIS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[Erste Erkenntnis, die bleiben soll]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[Zweite Erkenntnis]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[Offene Frage für die Diskussion]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QUELLEN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[Nachname, Vorname (Jahr): Titel. Ort: Verlag, S. XX–XX.]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[Nachname, Vorname (Jahr): Titel des Aufsatzes. In: Zeitschrift, Jg. (Heft), S. XX–XX.]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[Institution (Jahr): Titel. URL: https://… (abgerufen am TT.MM.JJJJ).]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Ablaufplan für die Vorbereitung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Seite bleibt bei dir und wird nicht ausgeteilt.</w:t>
      </w:r>
    </w:p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041"/>
        <w:gridCol w:w="7314"/>
      </w:tblGrid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Zwei Wochen vorher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Thema eingrenzen, These in einem Satz formulieren, Literatur sichten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Eine Woche vorher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Gliederung festlegen, Folien bauen, Handout schreiben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Drei Tage vorher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Einmal laut durchsprechen und dabei die Zeit stoppen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Ein Tag vorher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Technik prüfen, Kopien machen, Datei auf einen Stick legen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Am Tag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Zehn Minuten früher da sein, Beamer testen, Handouts verteilen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ZEITPLAN FÜR DEN VORTRAG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041"/>
        <w:gridCol w:w="7314"/>
      </w:tblGrid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[2] Minuten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Einstieg: Frage, Zahl oder Beispiel, dann Thema und Ablauf nennen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[12] Minuten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Hauptteil: die Gliederungspunkte, je Punkt ein Beispiel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[3] Minuten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Schluss: These beantworten, Ergebnis in drei Sätzen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[3] Minuten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Diskussion: eine eigene Frage vorbereiten, falls keine kommt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FRAGEN, DIE ERFAHRUNGSGEMÄSS KOMMEN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Woher stammt die Zahl auf dem Handout?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Welche Gegenposition gibt es, und warum folgst du ihr nicht?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Was würdest du als Nächstes untersuchen?</w:t>
      </w:r>
    </w:p>
    <w:sectPr w:rsidR="00FC693F" w:rsidRPr="0006063C" w:rsidSect="00034616">
      <w:footerReference w:type="default" r:id="rId12"/>
      <w:pgSz w:w="11906" w:h="16838"/>
      <w:pgMar w:top="1134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und Referat: Vorlage fuer eine Seite</dc:title>
  <dc:subject>Das Blatt zum Vortrag plus Ablaufplan fuer die Vorbereitung</dc:subject>
  <dc:creator>korrektur.de</dc:creator>
  <cp:keywords>Handout, Referat, Vorlage, Muster, Thesenpapier, Praesentation, Vortrag, Schule, Studium, Word</cp:keywords>
  <dc:description>Kostenlose Vorlage von korrektur.de. Aktuelle Fassung: https://korrektur.de/handout-erstellen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