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VORLAGE ZUM FREIEN GEBRAUCH</w:t>
      </w:r>
    </w:p>
    <w:p>
      <w:pPr>
        <w:spacing w:before="0" w:after="280" w:line="252" w:lineRule="auto"/>
      </w:pPr>
      <w:r>
        <w:rPr>
          <w:rFonts w:ascii="Arial" w:hAnsi="Arial"/>
          <w:b/>
          <w:i w:val="0"/>
          <w:color w:val="111111"/>
          <w:sz w:val="38"/>
        </w:rPr>
        <w:t>Hausarbeit, komplett</w:t>
      </w:r>
    </w:p>
    <w:p>
      <w:pPr>
        <w:spacing w:before="0" w:after="160" w:line="276" w:lineRule="auto"/>
      </w:pPr>
      <w:r>
        <w:rPr>
          <w:rFonts w:ascii="Arial" w:hAnsi="Arial"/>
          <w:b w:val="0"/>
          <w:i w:val="0"/>
          <w:color w:val="111111"/>
          <w:sz w:val="22"/>
        </w:rPr>
        <w:t>Ab Seite 2 steht die ganze Hausarbeit als Gerüst: Deckblatt, Inhaltsverzeichnis, die Kapitel von der Einleitung bis zum Fazit, das Literaturverzeichnis mit Musterzeilen und die Erklärung am Schluss. Überschriften sind echte Formatvorlagen, das Inhaltsverzeichnis füllt sich selbst.</w:t>
      </w:r>
    </w:p>
    <w:p>
      <w:pPr>
        <w:spacing w:before="280" w:after="120" w:line="276" w:lineRule="auto"/>
      </w:pPr>
      <w:r>
        <w:rPr>
          <w:rFonts w:ascii="Arial" w:hAnsi="Arial"/>
          <w:b/>
          <w:i w:val="0"/>
          <w:color w:val="111111"/>
          <w:sz w:val="24"/>
        </w:rPr>
        <w:t>So arbeitest du damit</w:t>
      </w:r>
    </w:p>
    <w:p>
      <w:pPr>
        <w:spacing w:before="0" w:after="80" w:line="276" w:lineRule="auto"/>
        <w:ind w:left="425" w:hanging="425"/>
      </w:pPr>
      <w:r>
        <w:rPr>
          <w:rFonts w:ascii="Arial" w:hAnsi="Arial"/>
          <w:b/>
          <w:color w:val="006B46"/>
        </w:rPr>
        <w:t xml:space="preserve">1.  </w:t>
      </w:r>
      <w:r>
        <w:rPr>
          <w:rFonts w:ascii="Arial" w:hAnsi="Arial"/>
          <w:sz w:val="22"/>
        </w:rPr>
        <w:t>Lösche diese Seite. Sie gehört nicht in die Abgabe.</w:t>
      </w:r>
    </w:p>
    <w:p>
      <w:pPr>
        <w:spacing w:before="0" w:after="80" w:line="276" w:lineRule="auto"/>
        <w:ind w:left="425" w:hanging="425"/>
      </w:pPr>
      <w:r>
        <w:rPr>
          <w:rFonts w:ascii="Arial" w:hAnsi="Arial"/>
          <w:b/>
          <w:color w:val="006B46"/>
        </w:rPr>
        <w:t xml:space="preserve">2.  </w:t>
      </w:r>
      <w:r>
        <w:rPr>
          <w:rFonts w:ascii="Arial" w:hAnsi="Arial"/>
          <w:sz w:val="22"/>
        </w:rPr>
        <w:t>Gleich zuerst die Vorgaben deines Lehrstuhls ab: Umfang, Zitierweise und Abgabeform gehen immer vor.</w:t>
      </w:r>
    </w:p>
    <w:p>
      <w:pPr>
        <w:spacing w:before="0" w:after="80" w:line="276" w:lineRule="auto"/>
        <w:ind w:left="425" w:hanging="425"/>
      </w:pPr>
      <w:r>
        <w:rPr>
          <w:rFonts w:ascii="Arial" w:hAnsi="Arial"/>
          <w:b/>
          <w:color w:val="006B46"/>
        </w:rPr>
        <w:t xml:space="preserve">3.  </w:t>
      </w:r>
      <w:r>
        <w:rPr>
          <w:rFonts w:ascii="Arial" w:hAnsi="Arial"/>
          <w:sz w:val="22"/>
        </w:rPr>
        <w:t>Schreib Überschriften nie von Hand fett. Cursor in die Zeile, dann unter Start die Formatvorlage Überschrift 1, 2 oder 3. Nur so stehen sie im Inhaltsverzeichnis, und nur so stimmt die Nummerierung von selbst.</w:t>
      </w:r>
    </w:p>
    <w:p>
      <w:pPr>
        <w:spacing w:before="0" w:after="80" w:line="276" w:lineRule="auto"/>
        <w:ind w:left="425" w:hanging="425"/>
      </w:pPr>
      <w:r>
        <w:rPr>
          <w:rFonts w:ascii="Arial" w:hAnsi="Arial"/>
          <w:b/>
          <w:color w:val="006B46"/>
        </w:rPr>
        <w:t xml:space="preserve">4.  </w:t>
      </w:r>
      <w:r>
        <w:rPr>
          <w:rFonts w:ascii="Arial" w:hAnsi="Arial"/>
          <w:sz w:val="22"/>
        </w:rPr>
        <w:t>Klick zum Schluss ins Inhaltsverzeichnis und drücke F9, dann „Gesamtes Verzeichnis aktualisieren“. Vorher ist es leer, und das ist richtig so.</w:t>
      </w:r>
    </w:p>
    <w:p>
      <w:pPr>
        <w:spacing w:before="0" w:after="80" w:line="276" w:lineRule="auto"/>
        <w:ind w:left="425" w:hanging="425"/>
      </w:pPr>
      <w:r>
        <w:rPr>
          <w:rFonts w:ascii="Arial" w:hAnsi="Arial"/>
          <w:b/>
          <w:color w:val="006B46"/>
        </w:rPr>
        <w:t xml:space="preserve">5.  </w:t>
      </w:r>
      <w:r>
        <w:rPr>
          <w:rFonts w:ascii="Arial" w:hAnsi="Arial"/>
          <w:sz w:val="22"/>
        </w:rPr>
        <w:t>Ersetze die Musterzeilen im Literaturverzeichnis durch deine eigenen Quellen. Sie stehen in der Form, die APA verlangt: Nachname, Initiale, Jahr, Titel, Ort oder Zeitschrift.</w:t>
      </w:r>
    </w:p>
    <w:p>
      <w:pPr>
        <w:spacing w:before="280" w:after="120" w:line="276" w:lineRule="auto"/>
      </w:pPr>
      <w:r>
        <w:rPr>
          <w:rFonts w:ascii="Arial" w:hAnsi="Arial"/>
          <w:b/>
          <w:i w:val="0"/>
          <w:color w:val="111111"/>
          <w:sz w:val="24"/>
        </w:rPr>
        <w:t>Woran Hausarbeiten in der Korrektur am häufigsten scheitern</w:t>
      </w:r>
    </w:p>
    <w:p>
      <w:pPr>
        <w:spacing w:before="0" w:after="80" w:line="276" w:lineRule="auto"/>
        <w:ind w:left="340" w:hanging="340"/>
      </w:pPr>
      <w:r>
        <w:rPr>
          <w:color w:val="00A85A"/>
        </w:rPr>
        <w:t xml:space="preserve">▪  </w:t>
      </w:r>
      <w:r>
        <w:rPr>
          <w:rFonts w:ascii="Arial" w:hAnsi="Arial"/>
          <w:sz w:val="22"/>
        </w:rPr>
        <w:t>Die Einleitung nennt kein Ziel. Steht dort nicht, was die Arbeit beantworten will, kann das Fazit nichts beantworten.</w:t>
      </w:r>
    </w:p>
    <w:p>
      <w:pPr>
        <w:spacing w:before="0" w:after="80" w:line="276" w:lineRule="auto"/>
        <w:ind w:left="340" w:hanging="340"/>
      </w:pPr>
      <w:r>
        <w:rPr>
          <w:color w:val="00A85A"/>
        </w:rPr>
        <w:t xml:space="preserve">▪  </w:t>
      </w:r>
      <w:r>
        <w:rPr>
          <w:rFonts w:ascii="Arial" w:hAnsi="Arial"/>
          <w:sz w:val="22"/>
        </w:rPr>
        <w:t>Der Hauptteil ist eine Nacherzählung. Referieren ist keine Argumentation: Ordne die Positionen und sag, welcher du folgst.</w:t>
      </w:r>
    </w:p>
    <w:p>
      <w:pPr>
        <w:spacing w:before="0" w:after="80" w:line="276" w:lineRule="auto"/>
        <w:ind w:left="340" w:hanging="340"/>
      </w:pPr>
      <w:r>
        <w:rPr>
          <w:color w:val="00A85A"/>
        </w:rPr>
        <w:t xml:space="preserve">▪  </w:t>
      </w:r>
      <w:r>
        <w:rPr>
          <w:rFonts w:ascii="Arial" w:hAnsi="Arial"/>
          <w:sz w:val="22"/>
        </w:rPr>
        <w:t>Das Fazit bringt neue Quellen. Alles Neue gehört in den Hauptteil, das Fazit fasst zusammen und antwortet.</w:t>
      </w:r>
    </w:p>
    <w:p>
      <w:pPr>
        <w:spacing w:before="0" w:after="80" w:line="276" w:lineRule="auto"/>
        <w:ind w:left="340" w:hanging="340"/>
      </w:pPr>
      <w:r>
        <w:rPr>
          <w:color w:val="00A85A"/>
        </w:rPr>
        <w:t xml:space="preserve">▪  </w:t>
      </w:r>
      <w:r>
        <w:rPr>
          <w:rFonts w:ascii="Arial" w:hAnsi="Arial"/>
          <w:sz w:val="22"/>
        </w:rPr>
        <w:t>Zitat und Verzeichnis passen nicht zusammen. Jede Quelle im Text steht im Verzeichnis, jede im Verzeichnis kommt im Text vor.</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006B46"/>
                <w:sz w:val="21"/>
              </w:rPr>
              <w:t>Formalia auf einen Blick</w:t>
            </w:r>
          </w:p>
          <w:p>
            <w:pPr>
              <w:spacing w:after="40"/>
            </w:pPr>
            <w:r>
              <w:rPr>
                <w:rFonts w:ascii="Arial" w:hAnsi="Arial"/>
                <w:color w:val="111111"/>
                <w:sz w:val="20"/>
              </w:rPr>
              <w:t>Umfang: meist 10 bis 20 Seiten Text, die Vorgabe des Lehrstuhls geht vor</w:t>
            </w:r>
          </w:p>
          <w:p>
            <w:pPr>
              <w:spacing w:after="40"/>
            </w:pPr>
            <w:r>
              <w:rPr>
                <w:rFonts w:ascii="Arial" w:hAnsi="Arial"/>
                <w:color w:val="111111"/>
                <w:sz w:val="20"/>
              </w:rPr>
              <w:t>Ränder: links 3,0 cm, rechts 2,5 cm, oben 2,5 cm, unten 2,0 cm</w:t>
            </w:r>
          </w:p>
          <w:p>
            <w:pPr>
              <w:spacing w:after="40"/>
            </w:pPr>
            <w:r>
              <w:rPr>
                <w:rFonts w:ascii="Arial" w:hAnsi="Arial"/>
                <w:color w:val="111111"/>
                <w:sz w:val="20"/>
              </w:rPr>
              <w:t>Schrift: Arial 11 pt oder Times New Roman 12 pt, Zeilenabstand 1,5</w:t>
            </w:r>
          </w:p>
          <w:p>
            <w:pPr>
              <w:spacing w:after="40"/>
            </w:pPr>
            <w:r>
              <w:rPr>
                <w:rFonts w:ascii="Arial" w:hAnsi="Arial"/>
                <w:color w:val="111111"/>
                <w:sz w:val="20"/>
              </w:rPr>
              <w:t>Seitenzahlen: Deckblatt ohne, Verzeichnis römisch, Text arabisch ab 1</w:t>
            </w:r>
          </w:p>
          <w:p>
            <w:pPr>
              <w:spacing w:after="160"/>
            </w:pPr>
            <w:r>
              <w:rPr>
                <w:rFonts w:ascii="Arial" w:hAnsi="Arial"/>
                <w:color w:val="111111"/>
                <w:sz w:val="20"/>
              </w:rPr>
              <w:t>Zitierweise: eine einzige, durchgehend, meist APA oder Harvard</w:t>
            </w:r>
          </w:p>
        </w:tc>
      </w:tr>
    </w:tbl>
    <w:p>
      <w:pPr>
        <w:spacing w:before="0" w:after="180" w:line="20" w:lineRule="exact"/>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Vor der Abgabe</w:t>
            </w:r>
          </w:p>
          <w:p>
            <w:pPr>
              <w:spacing w:after="120"/>
            </w:pPr>
            <w:r>
              <w:rPr>
                <w:rFonts w:ascii="Arial" w:hAnsi="Arial"/>
                <w:sz w:val="20"/>
              </w:rPr>
              <w:t xml:space="preserve">Eine Hausarbeit, die inhaltlich stimmt, aber voller Tippfehler steckt, kostet die bessere Note. Wir lesen gegen: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 Vorlage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0" w:after="580" w:line="20" w:lineRule="exact"/>
      </w:pPr>
    </w:p>
    <w:p>
      <w:pPr>
        <w:spacing w:before="0" w:after="0" w:line="276" w:lineRule="auto"/>
        <w:jc w:val="right"/>
      </w:pPr>
      <w:r>
        <w:rPr>
          <w:rFonts w:ascii="Arial" w:hAnsi="Arial"/>
          <w:b w:val="0"/>
          <w:i w:val="0"/>
          <w:color w:val="111111"/>
          <w:sz w:val="22"/>
        </w:rPr>
        <w:t>[Name der Hochschule]</w:t>
      </w:r>
    </w:p>
    <w:p>
      <w:pPr>
        <w:spacing w:before="0" w:after="0" w:line="276" w:lineRule="auto"/>
        <w:jc w:val="right"/>
      </w:pPr>
      <w:r>
        <w:rPr>
          <w:rFonts w:ascii="Arial" w:hAnsi="Arial"/>
          <w:b w:val="0"/>
          <w:i w:val="0"/>
          <w:color w:val="111111"/>
          <w:sz w:val="22"/>
        </w:rPr>
        <w:t>[Institut oder Fachbereich]</w:t>
      </w:r>
    </w:p>
    <w:p>
      <w:pPr>
        <w:spacing w:before="0" w:after="0" w:line="276" w:lineRule="auto"/>
        <w:jc w:val="right"/>
      </w:pPr>
      <w:r>
        <w:rPr>
          <w:rFonts w:ascii="Arial" w:hAnsi="Arial"/>
          <w:b w:val="0"/>
          <w:i w:val="0"/>
          <w:color w:val="111111"/>
          <w:sz w:val="22"/>
        </w:rPr>
        <w:t>[Seminar: Titel der Veranstaltung]</w:t>
      </w:r>
    </w:p>
    <w:p>
      <w:pPr>
        <w:spacing w:before="0" w:after="0" w:line="276" w:lineRule="auto"/>
        <w:jc w:val="right"/>
      </w:pPr>
      <w:r>
        <w:rPr>
          <w:rFonts w:ascii="Arial" w:hAnsi="Arial"/>
          <w:b w:val="0"/>
          <w:i w:val="0"/>
          <w:color w:val="111111"/>
          <w:sz w:val="22"/>
        </w:rPr>
        <w:t>[Semester]</w:t>
      </w:r>
    </w:p>
    <w:p>
      <w:pPr>
        <w:spacing w:before="0" w:after="0" w:line="276" w:lineRule="auto"/>
        <w:jc w:val="right"/>
      </w:pPr>
      <w:r>
        <w:rPr>
          <w:rFonts w:ascii="Arial" w:hAnsi="Arial"/>
          <w:b w:val="0"/>
          <w:i w:val="0"/>
          <w:color w:val="111111"/>
          <w:sz w:val="22"/>
        </w:rPr>
        <w:t>[Dozentin oder Dozent: Titel Vorname Nachname]</w:t>
      </w:r>
    </w:p>
    <w:p>
      <w:pPr>
        <w:spacing w:before="0" w:after="1580" w:line="20" w:lineRule="exact"/>
      </w:pPr>
    </w:p>
    <w:p>
      <w:pPr>
        <w:spacing w:before="0" w:after="200" w:line="276" w:lineRule="auto"/>
      </w:pPr>
      <w:r>
        <w:rPr>
          <w:rFonts w:ascii="Arial" w:hAnsi="Arial"/>
          <w:b/>
          <w:i w:val="0"/>
          <w:color w:val="111111"/>
          <w:sz w:val="32"/>
        </w:rPr>
        <w:t>[Titel der Hausarbeit]</w:t>
      </w:r>
    </w:p>
    <w:p>
      <w:pPr>
        <w:spacing w:before="0" w:after="120" w:line="276" w:lineRule="auto"/>
      </w:pPr>
      <w:r>
        <w:rPr>
          <w:rFonts w:ascii="Arial" w:hAnsi="Arial"/>
          <w:b w:val="0"/>
          <w:i w:val="0"/>
          <w:color w:val="111111"/>
          <w:sz w:val="22"/>
        </w:rPr>
        <w:t>[Untertitel, falls es einen gibt]</w:t>
      </w:r>
    </w:p>
    <w:p>
      <w:pPr>
        <w:spacing w:before="0" w:after="1580" w:line="20" w:lineRule="exact"/>
      </w:pPr>
    </w:p>
    <w:p>
      <w:pPr>
        <w:spacing w:before="0" w:after="0" w:line="276" w:lineRule="auto"/>
      </w:pPr>
      <w:r>
        <w:rPr>
          <w:rFonts w:ascii="Arial" w:hAnsi="Arial"/>
          <w:b w:val="0"/>
          <w:i w:val="0"/>
          <w:color w:val="111111"/>
          <w:sz w:val="22"/>
        </w:rPr>
        <w:t>vorgelegt von: [Vorname Nachname]</w:t>
      </w:r>
    </w:p>
    <w:p>
      <w:pPr>
        <w:spacing w:before="0" w:after="0" w:line="276" w:lineRule="auto"/>
      </w:pPr>
      <w:r>
        <w:rPr>
          <w:rFonts w:ascii="Arial" w:hAnsi="Arial"/>
          <w:b w:val="0"/>
          <w:i w:val="0"/>
          <w:color w:val="111111"/>
          <w:sz w:val="22"/>
        </w:rPr>
        <w:t>Matrikelnummer: [Zahl]</w:t>
      </w:r>
    </w:p>
    <w:p>
      <w:pPr>
        <w:spacing w:before="0" w:after="0" w:line="276" w:lineRule="auto"/>
      </w:pPr>
      <w:r>
        <w:rPr>
          <w:rFonts w:ascii="Arial" w:hAnsi="Arial"/>
          <w:b w:val="0"/>
          <w:i w:val="0"/>
          <w:color w:val="111111"/>
          <w:sz w:val="22"/>
        </w:rPr>
        <w:t>Studiengang: [Fach], [Zahl]. Fachsemester</w:t>
      </w:r>
    </w:p>
    <w:p>
      <w:pPr>
        <w:spacing w:before="0" w:after="0" w:line="276" w:lineRule="auto"/>
      </w:pPr>
      <w:r>
        <w:rPr>
          <w:rFonts w:ascii="Arial" w:hAnsi="Arial"/>
          <w:b w:val="0"/>
          <w:i w:val="0"/>
          <w:color w:val="111111"/>
          <w:sz w:val="22"/>
        </w:rPr>
        <w:t>E-Mail: [E-Mail-Adresse]</w:t>
      </w:r>
    </w:p>
    <w:p>
      <w:pPr>
        <w:spacing w:before="0" w:after="500" w:line="20" w:lineRule="exact"/>
      </w:pPr>
    </w:p>
    <w:p>
      <w:pPr>
        <w:spacing w:before="0" w:after="0" w:line="276" w:lineRule="auto"/>
      </w:pPr>
      <w:r>
        <w:rPr>
          <w:rFonts w:ascii="Arial" w:hAnsi="Arial"/>
          <w:b w:val="0"/>
          <w:i w:val="0"/>
          <w:color w:val="111111"/>
          <w:sz w:val="22"/>
        </w:rPr>
        <w:t>Abgabedatum: [TT.MM.JJJJ]</w:t>
      </w:r>
    </w:p>
    <w:p>
      <w:pPr>
        <w:sectPr>
          <w:footerReference w:type="default" r:id="rId12"/>
          <w:pgSz w:w="11906" w:h="16838"/>
          <w:pgMar w:top="1417" w:right="1417" w:bottom="1134" w:left="1701" w:header="720" w:footer="720" w:gutter="0"/>
          <w:cols w:space="720"/>
          <w:docGrid w:linePitch="360"/>
          <w:pgNumType w:fmt="lowerRoman" w:start="1"/>
        </w:sectPr>
      </w:pPr>
    </w:p>
    <w:p>
      <w:pPr>
        <w:spacing w:before="0" w:after="200" w:line="276" w:lineRule="auto"/>
      </w:pPr>
      <w:r>
        <w:rPr>
          <w:rFonts w:ascii="Arial" w:hAnsi="Arial"/>
          <w:b/>
          <w:i w:val="0"/>
          <w:color w:val="111111"/>
          <w:sz w:val="32"/>
        </w:rPr>
        <w:t>Inhaltsverzeichnis</w:t>
      </w:r>
    </w:p>
    <w:p>
      <w:pPr>
        <w:spacing w:after="120"/>
      </w:pPr>
      <w:r>
        <w:rPr>
          <w:rFonts w:ascii="Arial" w:hAnsi="Arial"/>
          <w:color w:val="555555"/>
          <w:sz w:val="21"/>
        </w:rPr>
        <w:fldChar w:fldCharType="begin" w:dirty="true"/>
        <w:instrText xml:space="preserve">TOC \o "1-3" \h \z \u</w:instrText>
        <w:fldChar w:fldCharType="separate"/>
        <w:t>Hier steht dein Inhaltsverzeichnis, sobald du es aktualisierst: klick hinein und druecke F9.</w:t>
        <w:fldChar w:fldCharType="end"/>
      </w:r>
    </w:p>
    <w:p>
      <w:pPr>
        <w:sectPr>
          <w:footerReference w:type="default" r:id="rId13"/>
          <w:pgSz w:w="11906" w:h="16838"/>
          <w:pgMar w:top="1417" w:right="1417" w:bottom="1134" w:left="1701" w:header="720" w:footer="720" w:gutter="0"/>
          <w:cols w:space="720"/>
          <w:docGrid w:linePitch="360"/>
          <w:pgNumType w:fmt="lowerRoman" w:start="2"/>
        </w:sectPr>
      </w:pPr>
    </w:p>
    <w:p>
      <w:pPr>
        <w:pStyle w:val="Heading1"/>
      </w:pPr>
      <w:r>
        <w:t>Einleitung</w:t>
      </w:r>
    </w:p>
    <w:p>
      <w:pPr>
        <w:spacing w:before="0" w:after="200" w:line="360" w:lineRule="auto"/>
      </w:pPr>
      <w:r>
        <w:rPr>
          <w:rFonts w:ascii="Arial" w:hAnsi="Arial"/>
          <w:b w:val="0"/>
          <w:i/>
          <w:color w:val="555555"/>
          <w:sz w:val="22"/>
        </w:rPr>
        <w:t>[Erster Absatz: das Thema und warum es sich lohnt. Zweiter Absatz: die Fragestellung in einem Satz, erkennbar als Frage. Dritter Absatz: wie du vorgehst, Kapitel für Kapitel.]</w:t>
      </w:r>
    </w:p>
    <w:p>
      <w:pPr>
        <w:pStyle w:val="Heading1"/>
      </w:pPr>
      <w:r>
        <w:t>Grundlagen</w:t>
      </w:r>
    </w:p>
    <w:p>
      <w:pPr>
        <w:pStyle w:val="Heading2"/>
      </w:pPr>
      <w:r>
        <w:t>Begriffe</w:t>
      </w:r>
    </w:p>
    <w:p>
      <w:pPr>
        <w:spacing w:before="0" w:after="200" w:line="360" w:lineRule="auto"/>
      </w:pPr>
      <w:r>
        <w:rPr>
          <w:rFonts w:ascii="Arial" w:hAnsi="Arial"/>
          <w:b w:val="0"/>
          <w:i/>
          <w:color w:val="555555"/>
          <w:sz w:val="22"/>
        </w:rPr>
        <w:t>[Definiere nur, was du später brauchst, und immer mit Quelle. Eine Definition ohne Beleg ist eine Behauptung.]</w:t>
      </w:r>
    </w:p>
    <w:p>
      <w:pPr>
        <w:pStyle w:val="Heading2"/>
      </w:pPr>
      <w:r>
        <w:t>Stand der Forschung</w:t>
      </w:r>
    </w:p>
    <w:p>
      <w:pPr>
        <w:spacing w:before="0" w:after="200" w:line="360" w:lineRule="auto"/>
      </w:pPr>
      <w:r>
        <w:rPr>
          <w:rFonts w:ascii="Arial" w:hAnsi="Arial"/>
          <w:b w:val="0"/>
          <w:i/>
          <w:color w:val="555555"/>
          <w:sz w:val="22"/>
        </w:rPr>
        <w:t>[Wer hat zu deiner Frage schon was gesagt, und wo widersprechen sich die Positionen? Diese Lücke ist der Platz, an dem deine Arbeit steht.]</w:t>
      </w:r>
    </w:p>
    <w:p>
      <w:pPr>
        <w:pStyle w:val="Heading1"/>
      </w:pPr>
      <w:r>
        <w:t>Hauptteil</w:t>
      </w:r>
    </w:p>
    <w:p>
      <w:pPr>
        <w:pStyle w:val="Heading2"/>
      </w:pPr>
      <w:r>
        <w:t>[Erster Aspekt]</w:t>
      </w:r>
    </w:p>
    <w:p>
      <w:pPr>
        <w:spacing w:before="0" w:after="200" w:line="360" w:lineRule="auto"/>
      </w:pPr>
      <w:r>
        <w:rPr>
          <w:rFonts w:ascii="Arial" w:hAnsi="Arial"/>
          <w:b w:val="0"/>
          <w:i/>
          <w:color w:val="555555"/>
          <w:sz w:val="22"/>
        </w:rPr>
        <w:t>[Ein Gedanke pro Absatz: Behauptung, Beleg, Einordnung. Wörtliche Zitate sparsam, sinngemäße häufiger, beide mit Quelle.]</w:t>
      </w:r>
    </w:p>
    <w:p>
      <w:pPr>
        <w:pStyle w:val="Heading2"/>
      </w:pPr>
      <w:r>
        <w:t>[Zweiter Aspekt]</w:t>
      </w:r>
    </w:p>
    <w:p>
      <w:pPr>
        <w:spacing w:before="0" w:after="200" w:line="360" w:lineRule="auto"/>
      </w:pPr>
      <w:r>
        <w:rPr>
          <w:rFonts w:ascii="Arial" w:hAnsi="Arial"/>
          <w:b w:val="0"/>
          <w:i/>
          <w:color w:val="555555"/>
          <w:sz w:val="22"/>
        </w:rPr>
        <w:t>[Hier ist der Ort für Gegenpositionen. Eine Arbeit, die nur Zustimmung sammelt, wirkt schwächer als eine, die den Einwand nennt und beantwortet.]</w:t>
      </w:r>
    </w:p>
    <w:p>
      <w:pPr>
        <w:pStyle w:val="Heading3"/>
      </w:pPr>
      <w:r>
        <w:t>[Unterpunkt, falls du ihn brauchst]</w:t>
      </w:r>
    </w:p>
    <w:p>
      <w:pPr>
        <w:spacing w:before="0" w:after="200" w:line="360" w:lineRule="auto"/>
      </w:pPr>
      <w:r>
        <w:rPr>
          <w:rFonts w:ascii="Arial" w:hAnsi="Arial"/>
          <w:b w:val="0"/>
          <w:i/>
          <w:color w:val="555555"/>
          <w:sz w:val="22"/>
        </w:rPr>
        <w:t>[Dritte Ebene nur, wenn es mindestens zwei Unterpunkte gibt. Ein einzelner 3.2.1 ohne 3.2.2 ist ein Gliederungsfehler.]</w:t>
      </w:r>
    </w:p>
    <w:p>
      <w:pPr>
        <w:pStyle w:val="Heading1"/>
      </w:pPr>
      <w:r>
        <w:t>Fazit</w:t>
      </w:r>
    </w:p>
    <w:p>
      <w:pPr>
        <w:spacing w:before="0" w:after="200" w:line="360" w:lineRule="auto"/>
      </w:pPr>
      <w:r>
        <w:rPr>
          <w:rFonts w:ascii="Arial" w:hAnsi="Arial"/>
          <w:b w:val="0"/>
          <w:i/>
          <w:color w:val="555555"/>
          <w:sz w:val="22"/>
        </w:rPr>
        <w:t>[Antworte auf die Frage aus der Einleitung, in denselben Worten. Danach: was offen bleibt. Keine neuen Quellen mehr.]</w:t>
      </w:r>
    </w:p>
    <w:p>
      <w:r>
        <w:br w:type="page"/>
      </w:r>
    </w:p>
    <w:p>
      <w:pPr>
        <w:spacing w:before="0" w:after="200" w:line="276" w:lineRule="auto"/>
      </w:pPr>
      <w:r>
        <w:rPr>
          <w:rFonts w:ascii="Arial" w:hAnsi="Arial"/>
          <w:b/>
          <w:i w:val="0"/>
          <w:color w:val="111111"/>
          <w:sz w:val="32"/>
        </w:rPr>
        <w:t>Literaturverzeichnis</w:t>
      </w:r>
    </w:p>
    <w:p>
      <w:pPr>
        <w:spacing w:before="0" w:after="200" w:line="360" w:lineRule="auto"/>
      </w:pPr>
      <w:r>
        <w:rPr>
          <w:rFonts w:ascii="Arial" w:hAnsi="Arial"/>
          <w:b w:val="0"/>
          <w:i/>
          <w:color w:val="555555"/>
          <w:sz w:val="22"/>
        </w:rPr>
        <w:t>Alphabetisch nach Nachname, hängender Einzug, hier in der Form nach APA. Ersetze die Musterzeilen durch deine Quellen.</w:t>
      </w:r>
    </w:p>
    <w:p>
      <w:pPr>
        <w:spacing w:before="0" w:after="120" w:line="276" w:lineRule="auto"/>
      </w:pPr>
      <w:r>
        <w:rPr>
          <w:rFonts w:ascii="Arial" w:hAnsi="Arial"/>
          <w:b w:val="0"/>
          <w:i w:val="0"/>
          <w:color w:val="111111"/>
          <w:sz w:val="22"/>
        </w:rPr>
        <w:t>Nachname, V. (Jahr). Titel des Buches (Auflage). Verlag.</w:t>
      </w:r>
    </w:p>
    <w:p>
      <w:pPr>
        <w:spacing w:before="0" w:after="120" w:line="276" w:lineRule="auto"/>
      </w:pPr>
      <w:r>
        <w:rPr>
          <w:rFonts w:ascii="Arial" w:hAnsi="Arial"/>
          <w:b w:val="0"/>
          <w:i w:val="0"/>
          <w:color w:val="111111"/>
          <w:sz w:val="22"/>
        </w:rPr>
        <w:t>Nachname, V. &amp; Nachname, W. (Jahr). Titel des Aufsatzes. Zeitschrift, Jahrgang(Heft), Seite bis Seite.</w:t>
      </w:r>
    </w:p>
    <w:p>
      <w:pPr>
        <w:spacing w:before="0" w:after="120" w:line="276" w:lineRule="auto"/>
      </w:pPr>
      <w:r>
        <w:rPr>
          <w:rFonts w:ascii="Arial" w:hAnsi="Arial"/>
          <w:b w:val="0"/>
          <w:i w:val="0"/>
          <w:color w:val="111111"/>
          <w:sz w:val="22"/>
        </w:rPr>
        <w:t>Nachname, V. (Jahr). Titel der Seite. Herausgeber. Abgerufen am TT.MM.JJJJ von [Adresse]</w:t>
      </w:r>
    </w:p>
    <w:p>
      <w:pPr>
        <w:sectPr>
          <w:footerReference w:type="default" r:id="rId14"/>
          <w:pgSz w:w="11906" w:h="16838"/>
          <w:pgMar w:top="1417" w:right="1417" w:bottom="1134" w:left="1701" w:header="720" w:footer="720" w:gutter="0"/>
          <w:cols w:space="720"/>
          <w:docGrid w:linePitch="360"/>
          <w:pgNumType w:fmt="decimal" w:start="1"/>
        </w:sectPr>
      </w:pPr>
    </w:p>
    <w:p>
      <w:pPr>
        <w:spacing w:before="0" w:after="200" w:line="276" w:lineRule="auto"/>
      </w:pPr>
      <w:r>
        <w:rPr>
          <w:rFonts w:ascii="Arial" w:hAnsi="Arial"/>
          <w:b/>
          <w:i w:val="0"/>
          <w:color w:val="111111"/>
          <w:sz w:val="32"/>
        </w:rPr>
        <w:t>Eigenständigkeitserklärung</w:t>
      </w:r>
    </w:p>
    <w:p>
      <w:pPr>
        <w:spacing w:before="0" w:after="120" w:line="276" w:lineRule="auto"/>
      </w:pPr>
      <w:r>
        <w:rPr>
          <w:rFonts w:ascii="Arial" w:hAnsi="Arial"/>
          <w:b w:val="0"/>
          <w:i w:val="0"/>
          <w:color w:val="111111"/>
          <w:sz w:val="22"/>
        </w:rPr>
        <w:t>Hiermit versichere ich, dass ich die vorliegende Hausarbeit selbstständig verfasst und keine anderen als die angegebenen Quellen und Hilfsmittel benutzt habe. Alle Stellen, die wörtlich oder sinngemäß aus Veröffentlichungen entnommen sind, habe ich als solche kenntlich gemacht. Die Arbeit hat in gleicher oder ähnlicher Form noch keiner Prüfungsbehörde vorgelegen.</w:t>
      </w:r>
    </w:p>
    <w:p>
      <w:pPr>
        <w:spacing w:before="0" w:after="580" w:line="20" w:lineRule="exact"/>
      </w:pPr>
    </w:p>
    <w:p>
      <w:pPr>
        <w:spacing w:before="0" w:after="0" w:line="276" w:lineRule="auto"/>
      </w:pPr>
      <w:r>
        <w:rPr>
          <w:rFonts w:ascii="Arial" w:hAnsi="Arial"/>
          <w:b w:val="0"/>
          <w:i w:val="0"/>
          <w:color w:val="111111"/>
          <w:sz w:val="22"/>
        </w:rPr>
        <w:t>[Ort], [TT.MM.JJJJ]</w:t>
      </w:r>
    </w:p>
    <w:p>
      <w:pPr>
        <w:spacing w:before="0" w:after="660" w:line="20" w:lineRule="exact"/>
      </w:pPr>
    </w:p>
    <w:p>
      <w:pPr>
        <w:spacing w:before="0" w:after="0" w:line="276" w:lineRule="auto"/>
      </w:pPr>
      <w:r>
        <w:rPr>
          <w:rFonts w:ascii="Arial" w:hAnsi="Arial"/>
          <w:b w:val="0"/>
          <w:i w:val="0"/>
          <w:color w:val="111111"/>
          <w:sz w:val="22"/>
        </w:rPr>
        <w:t>[Unterschrift]</w:t>
      </w:r>
    </w:p>
    <w:p>
      <w:pPr>
        <w:spacing w:before="0" w:after="380" w:line="20" w:lineRule="exact"/>
      </w:pPr>
    </w:p>
    <w:p>
      <w:pPr>
        <w:spacing w:before="0" w:after="80" w:line="276" w:lineRule="auto"/>
      </w:pPr>
      <w:r>
        <w:rPr>
          <w:rFonts w:ascii="Arial" w:hAnsi="Arial"/>
          <w:b w:val="0"/>
          <w:i w:val="0"/>
          <w:color w:val="555555"/>
          <w:sz w:val="18"/>
        </w:rPr>
        <w:t>Verlangt deine Hochschule einen eigenen Wortlaut oder eine Erklärung zur Nutzung von KI, ersetze diesen Text durch ihren.</w:t>
      </w:r>
    </w:p>
    <w:sectPr w:rsidR="00FC693F" w:rsidRPr="0006063C" w:rsidSect="00034616">
      <w:footerReference w:type="default" r:id="rId15"/>
      <w:pgSz w:w="11906" w:h="16838"/>
      <w:pgMar w:top="1417" w:right="1417" w:bottom="1134" w:left="1701"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55555"/>
        <w:sz w:val="20"/>
      </w:rPr>
      <w:fldChar w:fldCharType="begin"/>
      <w:instrText xml:space="preserve">PAGE</w:instrText>
      <w:fldChar w:fldCharType="separate"/>
      <w:t>1</w:t>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55555"/>
        <w:sz w:val="20"/>
      </w:rPr>
      <w:fldChar w:fldCharType="begin"/>
      <w:instrText xml:space="preserve">PAGE</w:instrText>
      <w:fldChar w:fldCharType="separate"/>
      <w:t>1</w:t>
      <w:fldChar w:fldCharType="end"/>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multiLevelType w:val="multilevel"/>
    <w:lvl w:ilvl="0">
      <w:start w:val="1"/>
      <w:numFmt w:val="decimal"/>
      <w:pStyle w:val="Heading1"/>
      <w:lvlText w:val="%1"/>
      <w:lvlJc w:val="left"/>
      <w:pPr>
        <w:ind w:left="0" w:firstLine="0"/>
      </w:pPr>
    </w:lvl>
    <w:lvl w:ilvl="1">
      <w:start w:val="1"/>
      <w:numFmt w:val="decimal"/>
      <w:pStyle w:val="Heading2"/>
      <w:lvlText w:val="%1.%2"/>
      <w:lvlJc w:val="left"/>
      <w:pPr>
        <w:ind w:left="0" w:firstLine="0"/>
      </w:pPr>
    </w:lvl>
    <w:lvl w:ilvl="2">
      <w:start w:val="1"/>
      <w:numFmt w:val="decimal"/>
      <w:pStyle w:val="Heading3"/>
      <w:lvlText w:val="%1.%2.%3"/>
      <w:lvlJc w:val="left"/>
      <w:pPr>
        <w:ind w:left="0" w:firstLine="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numPr>
        <w:ilvl w:val="0"/>
        <w:numId w:val="10"/>
      </w:numPr>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numPr>
        <w:ilvl w:val="1"/>
        <w:numId w:val="10"/>
      </w:numPr>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numPr>
        <w:ilvl w:val="2"/>
        <w:numId w:val="10"/>
      </w:numPr>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footer" Target="footer4.xml"/><Relationship Id="rId15"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Hausarbeit: komplette Word-Vorlage</dc:title>
  <dc:subject>Deckblatt, Inhaltsverzeichnis, Kapitelgeruest und Literaturverzeichnis</dc:subject>
  <dc:creator>korrektur.de</dc:creator>
  <cp:keywords>Hausarbeit, Vorlage, Muster, Deckblatt, Inhaltsverzeichnis, Gliederung, Literaturverzeichnis, Word</cp:keywords>
  <dc:description>Kostenlose Vorlage von korrektur.de. Aktuelle Fassung: https://korrektur.de/hausarbeit-muster</dc:description>
  <cp:lastModifiedBy>korrektur.de</cp:lastModifiedBy>
  <cp:revision>1</cp:revision>
  <dcterms:created xsi:type="dcterms:W3CDTF">2013-12-23T23:15:00Z</dcterms:created>
  <dcterms:modified xsi:type="dcterms:W3CDTF">2013-12-23T23:15:00Z</dcterms:modified>
  <cp:category>Vorlage</cp:category>
</cp:coreProperties>
</file>