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Inhaltsangabe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Kopfdaten, Einleitungssatz, Handlungsschritte und Figuren, dazu eine Checkliste vor der Abgabe. Die Vorlage passt für Roman, Kurzgeschichte und Sachtext.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Füll zuerst die Kopfdaten aus, danach den Einleitungssatz. Titel, Autor und Textsorte gehören in einen Satz.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Ordne die Handlungsschritte in der Reihenfolge des Textes, nicht in der Reihenfolge, in der sie dir einfallen.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Nenn Figuren nur mit ihrer Rolle für die Handlung, nicht mit jedem Detail aus dem Text.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Kürze am Ende auf etwa ein Drittel der Textlänge.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Inhaltsangaben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wird im Präteritum geschrieben statt im Präsens.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wird wörtlich zitiert, statt den Inhalt in eigenen Worten wiederzugeben.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eigene Meinung fließt in den Text 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Inhaltsangabe wird zu lang und nimmt Nebenhandlungen genauso ausführlich wie die Haupthandlung.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Eigene Worte, keine wörtlichen Zitate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eigene Wertung im Text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Länge etwa ein Drittel des Originaltextes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Inhaltsangabe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den Text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Inhaltsangabe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Textes]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Autor/in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Textsorte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[Roman, Kurzgeschichte, Sachtext]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Erscheinungsjahr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[Jahr]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 in einem Satz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EINLEITUNGSSATZ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[Autor] erzählt in [Titel] ([Textsorte], [Jahr]) von [Thema in einem Satz].</w:t>
      </w: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HAUPTTEIL: HANDLUNGSSCHRITTE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74"/>
        <w:gridCol w:w="7314"/>
      </w:tblGrid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Schritt 1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[Erster Handlungsschritt in eigenen Worten]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Schritt 2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[Zweiter Handlungsschritt]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Schritt 3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[Dritter Handlungsschritt]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Schritt 4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[Vierter Handlungsschritt]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Schritt 5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[Fünfter Handlungsschritt oder Ausgang]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6747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Rolle für die Handlung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[Name]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 in einem Satz]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[Name]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 in einem Satz]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Schluss und Checkliste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SCHLUSS (OPTIONAL)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[Ein Satz zur Wirkung oder Absicht des Textes, nur wenn die Aufgabe das verlangt.]</w:t>
      </w: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CHECKLISTE VOR DER ABGABE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Präsens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Eigene Worte statt Zitate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Keine eigene Wertung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Länge etwa ein Drittel des Textes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Konjunktiv bei indirekter Rede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VARIANTE SACHTEXT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6747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Baustein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Inhalt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Kernaussage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[Kernaussage des Sachtextes in einem Satz]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Argumente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[Wichtigste Argumente in Stichworten]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Absicht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[informieren, überzeugen, appellieren]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Inhaltsangabe schreiben: Aufbau mit Basissatz und Checkliste</dc:title>
  <dc:subject>Kopfdaten, Handlungsschritte und Figuren für Roman, Kurzgeschichte oder Sachtext</dc:subject>
  <dc:creator>korrektur.de</dc:creator>
  <cp:keywords>Inhaltsangabe, Vorlage, Muster, Basissatz, Schule, Roman, Kurzgeschichte, Sachtext, Word</cp:keywords>
  <dc:description>Kostenlose Vorlage von korrektur.de. Aktuelle Fassung: https://korrektur.de/inhaltsangabe-schreiben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