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Tabellarischer Lebenslauf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vollständiger tabellarischer Lebenslauf. Alles, was du ersetzen musst, steht in eckigen Klammern. Die Einträge liegen in einer Tabelle ohne sichtbare Linien: so bleibt ein zweizeiliger Eintrag rechts unter sich, statt unter das Datum zu rutschen.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 Sie gehört nicht in die Bewerbung.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Drücke Strg und F und suche nach der eckigen Klammer. So findest du jede Stelle, die noch offen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Beginne in jeder Rubrik mit dem Neuesten und geh von dort nach hinten. Das erwartet die Personalabteilung, und alles andere kostet sie Zeit.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Eine neue Zeile bekommst du mit der Tabulatortaste in der letzten Zelle. Eine Rubrik, zu der dir nichts einfällt, löschst du ganz, statt sie leer zu lassen.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Speichere zum Schluss als PDF und unterschreibe darunter, wenn du auf Papier bewirbst. Verlangt niemand eine Unterschrift, lässt du die letzten beiden Zeilen weg.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Lebensläufe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Uneinheitliche Datumsangaben: einmal 09/2024, einmal Sept. 2024, einmal 1.9.2024. Entscheide dich für eine Form und halte sie durch.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Aufgaben statt Ergebnissen: „zuständig für die Datenerfassung“ sagt weniger als „1.200 Datensätze erfasst und den Fehleranteil halbiert“.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Sprachkenntnisse ohne Stufe. „Gute Englischkenntnisse“ ist keine Angabe, „Englisch, C1“ ist eine.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Unerklärte Lücken. Ein Semester Pause ist kein Problem, eine unerklärte Lücke von acht Monaten wird zur ersten Frage im Gespräch.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Hobbys als Füllmaterial. „Lesen, Reisen, Musik“ steht in jedem zweiten Lebenslauf und sagt nichts. Nimm auf, was zur Stelle passt, sonst nichts.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Umfang: eine Seite, solange du studierst oder gerade fertig bist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Schrift: Arial oder Times New Roman, 11 pt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Ränder: links 2,5 cm, rechts 2,0 cm, oben und unten 2,0 cm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Datumsformat: MM/JJJJ, in der ganzen Datei gleich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Dateiname beim Versand: Lebenslauf_Nachname.pdf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abschickst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Tippfehler im Lebenslauf fällt genau der Person auf, die über die Einladung entscheidet. Wir lesen Rechtschreibung, Grammatik, Zeichensetzung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Lebenslauf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7201"/>
      </w:tblGrid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Name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Anschrift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[Straße und Hausnummer], [PLZ und Ort]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Kontakt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[Telefonnummer], [E-Mail-Adresse]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Geburtsdatum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 in [Geburtsort]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BILDUNGSWEG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7201"/>
      </w:tblGrid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seit [10/2024]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[Studiengang] ([angestrebter Abschluss]), [Hochschule]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Schwerpunkte: [Schwerpunkt 1], [Schwerpunkt 2]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[10/2021 – 09/2024]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[Studiengang] ([Abschluss]), [Hochschule]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Abschlussnote [Note], Abschlussarbeit: [Titel]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[09/2013 – 06/2021]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[Abschluss], [Name der Schule], [Ort]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Note [Note], Leistungskurse [Fach 1] und [Fach 2]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PRAKTISCHE ERFAHRUNG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7201"/>
      </w:tblGrid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[07/2023 – 09/2023]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[Position], [Unternehmen], [Ort]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[Eine Zeile: was du gemacht hast und was danach anders war.]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[10/2022 – 06/2023]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[Position], [Lehrstuhl oder Unternehmen], [Ort]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1"/>
              </w:rPr>
              <w:t>[Eine Zeile, möglichst mit einer Zahl.]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KENNTNISSE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7201"/>
      </w:tblGrid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Sprachen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Deutsch [Muttersprache], Englisch [C1], [Sprache] [Stufe nach GER]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Software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[Nur, was du wirklich kannst, jeweils mit Stufe: Word, Excel, SPSS, R]</w:t>
            </w:r>
          </w:p>
        </w:tc>
      </w:tr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Führerschein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 w:val="0"/>
                <w:color w:val="111111"/>
                <w:sz w:val="22"/>
              </w:rPr>
              <w:t>[Klasse B]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ENGAGEMENT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154"/>
        <w:gridCol w:w="7201"/>
      </w:tblGrid>
      <w:tr>
        <w:tc>
          <w:tcPr>
            <w:tcW w:type="dxa" w:w="2154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color w:val="555555"/>
                <w:sz w:val="21"/>
              </w:rPr>
              <w:t>[seit 04/2022]</w:t>
            </w:r>
          </w:p>
        </w:tc>
        <w:tc>
          <w:tcPr>
            <w:tcW w:type="dxa" w:w="7201"/>
            <w:tcMar>
              <w:left w:w="0" w:type="dxa"/>
              <w:right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111111"/>
                <w:sz w:val="22"/>
              </w:rPr>
              <w:t>[Funktion], [Verein oder Hochschulgruppe]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22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Tabellarischer Lebenslauf: Vorlage fuer Studium und Bewerbung</dc:title>
  <dc:subject>Ausfuellbare Vorlage mit Anleitung und Formalia</dc:subject>
  <dc:creator>korrektur.de</dc:creator>
  <cp:keywords>Lebenslauf, tabellarischer Lebenslauf, Vorlage, Muster, Studium, Bewerbung, Word</cp:keywords>
  <dc:description>Kostenlose Vorlage von korrektur.de. Aktuelle Fassung: https://korrektur.de/lebenslauf-vorlage-fuer-studenten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