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Kommaregeln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zu Kommaregeln: vorn ein Satz ohne Komma, hinten der Satz mit gesetztem Komma und die Regel in einem Halbsatz.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Regel für Regel abfragen, statt alle zehn Kommaregeln auf einmal zu lesen und wieder zu vergessen.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Wiederholen vor der Abgabe einer Haus- oder Abschlussarbeit.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fehlende Komma vor „dass“, „weil“ und „ob“, weil der Nebensatz nicht erkannt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fehlende zweite Komma bei einem eingeschobenen Nebensatz: vorn steht eins, hinten fehlt es.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Komma vor „sowie“ oder „beziehungsweise“ in einer Aufzählung, wo keins hingehört.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Komma zwischen Subjekt und Prädikat, weil der Satz lang wirkt. Länge allein ist nie ein Grund.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Kommaregeln kennen und ein Komma im eigenen Text sicher setzen sind zwei verschiedene Dinge.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KOMMAREGELN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Kommaregeln: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Ich weiß du kommst.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Ich weiß, dass du kommst.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Nebensatz mit dass/weil/ob: Komma vor dem Einleitewort.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Das Buch das du empfohlen hast ist gut.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Das Buch, das du empfohlen hast, ist gut.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Relativsatz: Komma vorn und hinten.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Der Vertrag den wir unterschrieben haben gilt ab Mai.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Vertrag, den wir unterschrieben haben, gilt ab Mai.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Eingeschobener Nebensatz: Komma vorn UND hinten.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Es wurde dunkel die Lichter gingen an.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Es wurde dunkel, die Lichter gingen an.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Hauptsatzreihe ohne Bindewort: Komma trennt die Sätze.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Sie las den Text und er tippte weiter.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las den Text, und er tippte weiter.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Hauptsätze mit „und“: Komma erlaubt, nicht Pflicht.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Sie brachte Brot Käse Obst und Wein.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brachte Brot, Käse, Obst und Wein.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Aufzählung ohne „und“: Komma zwischen jedem Glied.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Sie kam spät nämlich erst um elf.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kam spät, nämlich erst um elf.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Nachgestellte Erläuterung: Komma vor „nämlich“.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Anna hörst du mir zu?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Anna, hörst du mir zu?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Anrede: Komma trennt sie vom Satz.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Er kam um zu helfen.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 kam, um zu helfen.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Infinitivgruppe mit „um“: Komma davor.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Sie ging ohne sich zu verabschieden.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ging, ohne sich zu verabschieden.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Infinitivgruppe mit „ohne“: Komma davor.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Ich bitte darum leise zu sein.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Ich bitte darum, leise zu sein.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Infinitiv mit Hinweiswort („darum“): Komma davor.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Wir treffen uns am Montag dem 3. Mai um neun.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Wir treffen uns am Montag, dem 3. Mai, um neun.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Datum als Erläuterung: Komma vorn, zweites Komma freigestellt.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Ein warmer sonniger Tag.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warmer, sonniger Tag.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Gleichrangige Adjektive: Komma wie bei „und“.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Die im Frühjahr neu eingestellten Mitarbeiter arbeiten im Lager.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Kein Komma.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Subjekt und Prädikat: nie ein Komma, egal wie lang.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Wir laden Studierende sowie Lehrende ein.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Kein Komma.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„Sowie“ und „beziehungsweise“ verbinden wie „und“.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Von der Kritik überrascht schwieg er.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Von der Kritik überrascht, schwieg er.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Partizipgruppe am Satzanfang: Komma dahinter.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Kommaregeln: 16 Karteikarten mit Satz und Regel</dc:title>
  <dc:subject>Karteikarten zum Ausdrucken, 16 Sätze mit Komma und Regel</dc:subject>
  <dc:creator>korrektur.de</dc:creator>
  <cp:keywords>Kommaregeln, Komma, Karteikarten, Lernkarten, Zeichensetzung, Deutsch</cp:keywords>
  <dc:description>Kostenlose Vorlage von korrektur.de. Aktuelle Fassung: https://korrektur.de/kommaregeln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