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Lernkarten Zitieren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den nächsten zwei Seiten stehen 16 Karteikarten zu Zitierregeln: vorn die Frage, hinten die Antwort. Beispiele folgen dem APA-Stil, mit Hinweis, wo andere Stile abweichen.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An den gestrichelten Linien schneiden, Karte hinten beschriften oder Vorder- und Rückseite ausschneiden und zusammenkleben.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Wiederholen vor der Abgabe: die häufigsten Stolperstellen beim Zitieren in einem Durchgang abfragen.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Nachschlagen mitten im Schreiben, wenn eine Zitierfrage auftaucht und die App gerade nicht offen ist.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„Et al.“ wird ab dem ersten Nachnamen benutzt, obwohl die Regel erst ab drei oder mehr Autoren greift.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„Vgl.“ und ein Direktzitat werden vermischt: „vgl.“ gehört vor eine sinngemäße Wiedergabe, nicht vor ein wörtliches Zitat.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Seitenzahlen fehlen beim Direktzitat, obwohl sie dort Pflicht sind.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Sekundärzitate laufen ohne die Formel „zitiert nach“, dabei gehört die Originalquelle trotzdem ins Literaturverzeichnis.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Formal richtig zitieren reicht nicht, wenn Ausdruck und Satzbau drumherum nicht tragen. Wir lesen Zeichensetzung, Rechtschreibung, Grammatik und Ausdruck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LERNKARTEN ZITIEREN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Zitierregeln: 16 Karteikarten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dashed" w:sz="4" w:space="0" w:color="999999"/>
          <w:left w:val="dashed" w:sz="4" w:space="0" w:color="999999"/>
          <w:bottom w:val="dashed" w:sz="4" w:space="0" w:color="999999"/>
          <w:right w:val="dashed" w:sz="4" w:space="0" w:color="999999"/>
          <w:insideH w:val="dashed" w:sz="4" w:space="0" w:color="999999"/>
          <w:insideV w:val="dashed" w:sz="4" w:space="0" w:color="999999"/>
        </w:tblBorders>
      </w:tblPr>
      <w:tblGrid>
        <w:gridCol w:w="4706"/>
        <w:gridCol w:w="4706"/>
      </w:tblGrid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Wann et al.?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Ab drei Autoren schon beim ersten Beleg (APA 7). Bei zwei Autoren immer beide nennen.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Was heißt ebd.?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„Ebenda“: dieselbe Quelle wie im Beleg direkt davor, bei abweichender Seite mit eigener Seitenzahl.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Was heißt vgl.?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„Vergleiche“: vor eine sinngemäße Wiedergabe, nicht vor ein Wortzitat.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Direktzitat: was ist Pflicht?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Wortlaut unverändert, Anführungszeichen, genaue Seitenzahl.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Sekundärzitat: Formel?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„Autor, Jahr, zitiert nach Autor2, Jahr2“, beide Quellen ins Literaturverzeichnis.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Was gehört ins Literaturverzeichnis?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Jede im Text genannte Quelle, nichts Ungenanntes.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DOI oder URL?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DOI bevorzugt, wenn vorhanden, sonst stabile URL mit Zugriffsdatum.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Zitat im Zitat: Anführungszeichen?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Außen doppelte, innen einfache Anführungszeichen.</w:t>
            </w:r>
          </w:p>
        </w:tc>
      </w:tr>
    </w:tbl>
    <w:p>
      <w:pPr>
        <w:spacing w:before="0" w:after="0" w:line="276" w:lineRule="auto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dashed" w:sz="4" w:space="0" w:color="999999"/>
          <w:left w:val="dashed" w:sz="4" w:space="0" w:color="999999"/>
          <w:bottom w:val="dashed" w:sz="4" w:space="0" w:color="999999"/>
          <w:right w:val="dashed" w:sz="4" w:space="0" w:color="999999"/>
          <w:insideH w:val="dashed" w:sz="4" w:space="0" w:color="999999"/>
          <w:insideV w:val="dashed" w:sz="4" w:space="0" w:color="999999"/>
        </w:tblBorders>
      </w:tblPr>
      <w:tblGrid>
        <w:gridCol w:w="4706"/>
        <w:gridCol w:w="4706"/>
      </w:tblGrid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Auslassung im Zitat?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Drei Punkte in eckigen Klammern „[...]“ an der ausgelassenen Stelle.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Eigene Hervorhebung im Zitat?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Kursiv setzen und dahinter „[Hervorhebung d. Verf.]“ vermerken.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Wann Seitenzahl?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Beim Direktzitat immer, bei Paraphrasen empfohlen, wenn die Stelle genau ist.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o. D.?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„Ohne Datum“: kein Erscheinungsjahr auffindbar, steht anstelle der Jahreszahl.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Wie zitiert man ein Gesetz?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Kurztitel, Paragraf, Absatz, kein Autor, zum Beispiel „§ [Nummer] Abs. [Nummer] [Gesetzeskürzel]“.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Wie Internetquelle ohne Autor?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Institution als Autor nutzen, sonst gekürzter Titel statt Autor.</w:t>
            </w:r>
          </w:p>
        </w:tc>
      </w:tr>
      <w:tr>
        <w:trPr>
          <w:trHeight w:val="3118" w:hRule="exact"/>
        </w:trPr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Was ist ein Kurzbeleg?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Autor, Jahr, Seite in Klammern im Text, volle Angabe erst im Literaturverzeichnis.</w:t>
            </w:r>
          </w:p>
        </w:tc>
        <w:tc>
          <w:tcPr>
            <w:tcW w:type="dxa" w:w="4706"/>
            <w:tcMar>
              <w:top w:w="140" w:type="dxa"/>
              <w:left w:w="140" w:type="dxa"/>
              <w:right w:w="140" w:type="dxa"/>
              <w:bottom w:w="14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006B46"/>
                <w:sz w:val="19"/>
              </w:rPr>
              <w:t>Wann ein Plagiat?</w:t>
            </w:r>
          </w:p>
          <w:p>
            <w:pPr>
              <w:spacing w:after="40" w:line="264" w:lineRule="auto"/>
            </w:pPr>
            <w:r>
              <w:rPr>
                <w:rFonts w:ascii="Arial" w:hAnsi="Arial"/>
                <w:color w:val="111111"/>
                <w:sz w:val="18"/>
              </w:rPr>
              <w:t>Fremder Gedanke oder Wortlaut ohne Quellenangabe, auch unabsichtlich.</w:t>
            </w:r>
          </w:p>
        </w:tc>
      </w:tr>
    </w:tbl>
    <w:p>
      <w:pPr>
        <w:spacing w:before="0" w:after="0" w:line="276" w:lineRule="auto"/>
      </w:pPr>
    </w:p>
    <w:sectPr w:rsidR="00FC693F" w:rsidRPr="0006063C" w:rsidSect="00034616">
      <w:footerReference w:type="default" r:id="rId12"/>
      <w:pgSz w:w="11906" w:h="16838"/>
      <w:pgMar w:top="850" w:right="850" w:bottom="680" w:left="850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Lernkarten Zitieren: 16 Karteikarten mit Frage und Antwort</dc:title>
  <dc:subject>Karteikarten zum Ausdrucken, 16 Fragen zu Zitierregeln</dc:subject>
  <dc:creator>korrektur.de</dc:creator>
  <cp:keywords>Zitieren, Zitierregeln, Karteikarten, APA, Lernkarten, Literaturverzeichnis</cp:keywords>
  <dc:description>Kostenlose Vorlage von korrektur.de. Aktuelle Fassung: https://korrektur.de/zitieren-regeln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