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Lesetagebuch</w:t>
      </w:r>
    </w:p>
    <w:p>
      <w:pPr>
        <w:spacing w:before="0" w:after="160" w:line="276" w:lineRule="auto"/>
      </w:pPr>
      <w:r>
        <w:rPr>
          <w:rFonts w:ascii="Arial" w:hAnsi="Arial"/>
          <w:b w:val="0"/>
          <w:i w:val="0"/>
          <w:color w:val="111111"/>
          <w:sz w:val="22"/>
        </w:rPr>
        <w:t>Ab Seite 2 stehen ein Kopf mit den Eckdaten zum Buch, eine Tabelle für deine Leseeinträge, Rubriken für Figuren und Begriffe sowie eine Abschlussbilanz. So hältst du fest, was du liest, statt es nur nachzuerzählen.</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in die Abgabe.</w:t>
      </w:r>
    </w:p>
    <w:p>
      <w:pPr>
        <w:spacing w:before="0" w:after="80" w:line="276" w:lineRule="auto"/>
        <w:ind w:left="425" w:hanging="425"/>
      </w:pPr>
      <w:r>
        <w:rPr>
          <w:rFonts w:ascii="Arial" w:hAnsi="Arial"/>
          <w:b/>
          <w:color w:val="006B46"/>
        </w:rPr>
        <w:t xml:space="preserve">2.  </w:t>
      </w:r>
      <w:r>
        <w:rPr>
          <w:rFonts w:ascii="Arial" w:hAnsi="Arial"/>
          <w:sz w:val="22"/>
        </w:rPr>
        <w:t>Trag Buch, Autor/in, Ausgabe und Lesezeitraum zuerst ein, bevor du mit dem Lesen beginnst.</w:t>
      </w:r>
    </w:p>
    <w:p>
      <w:pPr>
        <w:spacing w:before="0" w:after="80" w:line="276" w:lineRule="auto"/>
        <w:ind w:left="425" w:hanging="425"/>
      </w:pPr>
      <w:r>
        <w:rPr>
          <w:rFonts w:ascii="Arial" w:hAnsi="Arial"/>
          <w:b/>
          <w:color w:val="006B46"/>
        </w:rPr>
        <w:t xml:space="preserve">3.  </w:t>
      </w:r>
      <w:r>
        <w:rPr>
          <w:rFonts w:ascii="Arial" w:hAnsi="Arial"/>
          <w:sz w:val="22"/>
        </w:rPr>
        <w:t>Füll einen Leseeintrag direkt nach dem Lesen aus, nicht erst Tage später aus der Erinnerung.</w:t>
      </w:r>
    </w:p>
    <w:p>
      <w:pPr>
        <w:spacing w:before="0" w:after="80" w:line="276" w:lineRule="auto"/>
        <w:ind w:left="425" w:hanging="425"/>
      </w:pPr>
      <w:r>
        <w:rPr>
          <w:rFonts w:ascii="Arial" w:hAnsi="Arial"/>
          <w:b/>
          <w:color w:val="006B46"/>
        </w:rPr>
        <w:t xml:space="preserve">4.  </w:t>
      </w:r>
      <w:r>
        <w:rPr>
          <w:rFonts w:ascii="Arial" w:hAnsi="Arial"/>
          <w:sz w:val="22"/>
        </w:rPr>
        <w:t>Notiere Seitenzahlen sofort. Im Nachhinein findest du die Stelle sonst nicht wieder.</w:t>
      </w:r>
    </w:p>
    <w:p>
      <w:pPr>
        <w:spacing w:before="0" w:after="80" w:line="276" w:lineRule="auto"/>
        <w:ind w:left="425" w:hanging="425"/>
      </w:pPr>
      <w:r>
        <w:rPr>
          <w:rFonts w:ascii="Arial" w:hAnsi="Arial"/>
          <w:b/>
          <w:color w:val="006B46"/>
        </w:rPr>
        <w:t xml:space="preserve">5.  </w:t>
      </w:r>
      <w:r>
        <w:rPr>
          <w:rFonts w:ascii="Arial" w:hAnsi="Arial"/>
          <w:sz w:val="22"/>
        </w:rPr>
        <w:t>Schreib die Abschlussbilanz erst, wenn du das Buch fertig gelesen hast.</w:t>
      </w:r>
    </w:p>
    <w:p>
      <w:pPr>
        <w:spacing w:before="280" w:after="120" w:line="276" w:lineRule="auto"/>
      </w:pPr>
      <w:r>
        <w:rPr>
          <w:rFonts w:ascii="Arial" w:hAnsi="Arial"/>
          <w:b/>
          <w:i w:val="0"/>
          <w:color w:val="111111"/>
          <w:sz w:val="24"/>
        </w:rPr>
        <w:t>Woran Lesetagebücher häufig scheitern</w:t>
      </w:r>
    </w:p>
    <w:p>
      <w:pPr>
        <w:spacing w:before="0" w:after="80" w:line="276" w:lineRule="auto"/>
        <w:ind w:left="340" w:hanging="340"/>
      </w:pPr>
      <w:r>
        <w:rPr>
          <w:color w:val="00A85A"/>
        </w:rPr>
        <w:t xml:space="preserve">▪  </w:t>
      </w:r>
      <w:r>
        <w:rPr>
          <w:rFonts w:ascii="Arial" w:hAnsi="Arial"/>
          <w:sz w:val="22"/>
        </w:rPr>
        <w:t>Nur Nacherzählung statt eigener Auseinandersetzung mit dem Text.</w:t>
      </w:r>
    </w:p>
    <w:p>
      <w:pPr>
        <w:spacing w:before="0" w:after="80" w:line="276" w:lineRule="auto"/>
        <w:ind w:left="340" w:hanging="340"/>
      </w:pPr>
      <w:r>
        <w:rPr>
          <w:color w:val="00A85A"/>
        </w:rPr>
        <w:t xml:space="preserve">▪  </w:t>
      </w:r>
      <w:r>
        <w:rPr>
          <w:rFonts w:ascii="Arial" w:hAnsi="Arial"/>
          <w:sz w:val="22"/>
        </w:rPr>
        <w:t>Seitenangaben fehlen, dadurch lässt sich keine Stelle mehr belegen.</w:t>
      </w:r>
    </w:p>
    <w:p>
      <w:pPr>
        <w:spacing w:before="0" w:after="80" w:line="276" w:lineRule="auto"/>
        <w:ind w:left="340" w:hanging="340"/>
      </w:pPr>
      <w:r>
        <w:rPr>
          <w:color w:val="00A85A"/>
        </w:rPr>
        <w:t xml:space="preserve">▪  </w:t>
      </w:r>
      <w:r>
        <w:rPr>
          <w:rFonts w:ascii="Arial" w:hAnsi="Arial"/>
          <w:sz w:val="22"/>
        </w:rPr>
        <w:t>Eine Meinung wird geäußert, ohne sie an einer Textstelle festzumachen.</w:t>
      </w:r>
    </w:p>
    <w:p>
      <w:pPr>
        <w:spacing w:before="0" w:after="80" w:line="276" w:lineRule="auto"/>
        <w:ind w:left="340" w:hanging="340"/>
      </w:pPr>
      <w:r>
        <w:rPr>
          <w:color w:val="00A85A"/>
        </w:rPr>
        <w:t xml:space="preserve">▪  </w:t>
      </w:r>
      <w:r>
        <w:rPr>
          <w:rFonts w:ascii="Arial" w:hAnsi="Arial"/>
          <w:sz w:val="22"/>
        </w:rPr>
        <w:t>Alles wird erst am Ende aus der Erinnerung nachgetragen, dadurch gehen Details verloren.</w:t>
      </w:r>
    </w:p>
    <w:p>
      <w:pPr>
        <w:spacing w:before="0" w:after="80" w:line="276" w:lineRule="auto"/>
        <w:ind w:left="340" w:hanging="340"/>
      </w:pPr>
      <w:r>
        <w:rPr>
          <w:color w:val="00A85A"/>
        </w:rPr>
        <w:t xml:space="preserve">▪  </w:t>
      </w:r>
      <w:r>
        <w:rPr>
          <w:rFonts w:ascii="Arial" w:hAnsi="Arial"/>
          <w:sz w:val="22"/>
        </w:rPr>
        <w:t>Zitate werden nicht als Zitate markiert, dadurch verschwimmt, was von der Quelle und was von dir stammt.</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Vor dem Abschluss geprüft</w:t>
            </w:r>
          </w:p>
          <w:p>
            <w:pPr>
              <w:spacing w:after="40"/>
            </w:pPr>
            <w:r>
              <w:rPr>
                <w:rFonts w:ascii="Arial" w:hAnsi="Arial"/>
                <w:color w:val="111111"/>
                <w:sz w:val="20"/>
              </w:rPr>
              <w:t>Kopf mit Buch und Lesezeitraum ausgefüllt</w:t>
            </w:r>
          </w:p>
          <w:p>
            <w:pPr>
              <w:spacing w:after="40"/>
            </w:pPr>
            <w:r>
              <w:rPr>
                <w:rFonts w:ascii="Arial" w:hAnsi="Arial"/>
                <w:color w:val="111111"/>
                <w:sz w:val="20"/>
              </w:rPr>
              <w:t>Jeder Eintrag mit Datum und Seiten belegt</w:t>
            </w:r>
          </w:p>
          <w:p>
            <w:pPr>
              <w:spacing w:after="40"/>
            </w:pPr>
            <w:r>
              <w:rPr>
                <w:rFonts w:ascii="Arial" w:hAnsi="Arial"/>
                <w:color w:val="111111"/>
                <w:sz w:val="20"/>
              </w:rPr>
              <w:t>Figuren und Begriffe erklärt</w:t>
            </w:r>
          </w:p>
          <w:p>
            <w:pPr>
              <w:spacing w:after="40"/>
            </w:pPr>
            <w:r>
              <w:rPr>
                <w:rFonts w:ascii="Arial" w:hAnsi="Arial"/>
                <w:color w:val="111111"/>
                <w:sz w:val="20"/>
              </w:rPr>
              <w:t>Meinung jeweils mit einer Stelle begründet</w:t>
            </w:r>
          </w:p>
          <w:p>
            <w:pPr>
              <w:spacing w:after="160"/>
            </w:pPr>
            <w:r>
              <w:rPr>
                <w:rFonts w:ascii="Arial" w:hAnsi="Arial"/>
                <w:color w:val="111111"/>
                <w:sz w:val="20"/>
              </w:rPr>
              <w:t>Abschlussbilanz beantwortet alle drei Fragen</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aus dem Tagebuch ein Text wird</w:t>
            </w:r>
          </w:p>
          <w:p>
            <w:pPr>
              <w:spacing w:after="120"/>
            </w:pPr>
            <w:r>
              <w:rPr>
                <w:rFonts w:ascii="Arial" w:hAnsi="Arial"/>
                <w:sz w:val="20"/>
              </w:rPr>
              <w:t xml:space="preserve">Ein Lesetagebuch ist eine Vorstufe. Für Referat oder Hausarbeit lesen wir deinen Text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200" w:line="276" w:lineRule="auto"/>
      </w:pPr>
      <w:r>
        <w:rPr>
          <w:rFonts w:ascii="Arial" w:hAnsi="Arial"/>
          <w:b/>
          <w:i w:val="0"/>
          <w:color w:val="111111"/>
          <w:sz w:val="32"/>
        </w:rPr>
        <w:t>Lesetagebuch</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2494"/>
        <w:gridCol w:w="6294"/>
      </w:tblGrid>
      <w:tr>
        <w:tc>
          <w:tcPr>
            <w:tcW w:type="dxa" w:w="2494"/>
            <w:tcMar>
              <w:left w:w="0" w:type="dxa"/>
              <w:right w:w="170" w:type="dxa"/>
            </w:tcMar>
          </w:tcPr>
          <w:p>
            <w:pPr>
              <w:spacing w:after="80"/>
            </w:pPr>
            <w:r>
              <w:rPr>
                <w:rFonts w:ascii="Arial" w:hAnsi="Arial"/>
                <w:color w:val="555555"/>
                <w:sz w:val="21"/>
              </w:rPr>
              <w:t>Buch oder Text</w:t>
            </w:r>
          </w:p>
        </w:tc>
        <w:tc>
          <w:tcPr>
            <w:tcW w:type="dxa" w:w="6294"/>
            <w:tcMar>
              <w:left w:w="0" w:type="dxa"/>
              <w:right w:w="170" w:type="dxa"/>
            </w:tcMar>
          </w:tcPr>
          <w:p>
            <w:pPr>
              <w:spacing w:after="80"/>
            </w:pPr>
            <w:r>
              <w:rPr>
                <w:rFonts w:ascii="Arial" w:hAnsi="Arial"/>
                <w:b w:val="0"/>
                <w:color w:val="111111"/>
                <w:sz w:val="22"/>
              </w:rPr>
              <w:t>[Titel des Buchs oder Texts]</w:t>
            </w:r>
          </w:p>
        </w:tc>
      </w:tr>
      <w:tr>
        <w:tc>
          <w:tcPr>
            <w:tcW w:type="dxa" w:w="2494"/>
            <w:tcMar>
              <w:left w:w="0" w:type="dxa"/>
              <w:right w:w="170" w:type="dxa"/>
            </w:tcMar>
          </w:tcPr>
          <w:p>
            <w:pPr>
              <w:spacing w:after="80"/>
            </w:pPr>
            <w:r>
              <w:rPr>
                <w:rFonts w:ascii="Arial" w:hAnsi="Arial"/>
                <w:color w:val="555555"/>
                <w:sz w:val="21"/>
              </w:rPr>
              <w:t>Autor/in</w:t>
            </w:r>
          </w:p>
        </w:tc>
        <w:tc>
          <w:tcPr>
            <w:tcW w:type="dxa" w:w="6294"/>
            <w:tcMar>
              <w:left w:w="0" w:type="dxa"/>
              <w:right w:w="170" w:type="dxa"/>
            </w:tcMar>
          </w:tcPr>
          <w:p>
            <w:pPr>
              <w:spacing w:after="80"/>
            </w:pPr>
            <w:r>
              <w:rPr>
                <w:rFonts w:ascii="Arial" w:hAnsi="Arial"/>
                <w:b w:val="0"/>
                <w:color w:val="111111"/>
                <w:sz w:val="22"/>
              </w:rPr>
              <w:t>[Vorname Nachname]</w:t>
            </w:r>
          </w:p>
        </w:tc>
      </w:tr>
      <w:tr>
        <w:tc>
          <w:tcPr>
            <w:tcW w:type="dxa" w:w="2494"/>
            <w:tcMar>
              <w:left w:w="0" w:type="dxa"/>
              <w:right w:w="170" w:type="dxa"/>
            </w:tcMar>
          </w:tcPr>
          <w:p>
            <w:pPr>
              <w:spacing w:after="80"/>
            </w:pPr>
            <w:r>
              <w:rPr>
                <w:rFonts w:ascii="Arial" w:hAnsi="Arial"/>
                <w:color w:val="555555"/>
                <w:sz w:val="21"/>
              </w:rPr>
              <w:t>Ausgabe</w:t>
            </w:r>
          </w:p>
        </w:tc>
        <w:tc>
          <w:tcPr>
            <w:tcW w:type="dxa" w:w="6294"/>
            <w:tcMar>
              <w:left w:w="0" w:type="dxa"/>
              <w:right w:w="170" w:type="dxa"/>
            </w:tcMar>
          </w:tcPr>
          <w:p>
            <w:pPr>
              <w:spacing w:after="80"/>
            </w:pPr>
            <w:r>
              <w:rPr>
                <w:rFonts w:ascii="Arial" w:hAnsi="Arial"/>
                <w:b w:val="0"/>
                <w:color w:val="111111"/>
                <w:sz w:val="22"/>
              </w:rPr>
              <w:t>[Verlag, Jahr, Auflage]</w:t>
            </w:r>
          </w:p>
        </w:tc>
      </w:tr>
      <w:tr>
        <w:tc>
          <w:tcPr>
            <w:tcW w:type="dxa" w:w="2494"/>
            <w:tcMar>
              <w:left w:w="0" w:type="dxa"/>
              <w:right w:w="170" w:type="dxa"/>
            </w:tcMar>
          </w:tcPr>
          <w:p>
            <w:pPr>
              <w:spacing w:after="80"/>
            </w:pPr>
            <w:r>
              <w:rPr>
                <w:rFonts w:ascii="Arial" w:hAnsi="Arial"/>
                <w:color w:val="555555"/>
                <w:sz w:val="21"/>
              </w:rPr>
              <w:t>Lesezeitraum</w:t>
            </w:r>
          </w:p>
        </w:tc>
        <w:tc>
          <w:tcPr>
            <w:tcW w:type="dxa" w:w="6294"/>
            <w:tcMar>
              <w:left w:w="0" w:type="dxa"/>
              <w:right w:w="170" w:type="dxa"/>
            </w:tcMar>
          </w:tcPr>
          <w:p>
            <w:pPr>
              <w:spacing w:after="80"/>
            </w:pPr>
            <w:r>
              <w:rPr>
                <w:rFonts w:ascii="Arial" w:hAnsi="Arial"/>
                <w:b w:val="0"/>
                <w:color w:val="111111"/>
                <w:sz w:val="22"/>
              </w:rPr>
              <w:t>[TT.MM.JJJJ] bis [TT.MM.JJJJ]</w:t>
            </w:r>
          </w:p>
        </w:tc>
      </w:tr>
      <w:tr>
        <w:tc>
          <w:tcPr>
            <w:tcW w:type="dxa" w:w="2494"/>
            <w:tcMar>
              <w:left w:w="0" w:type="dxa"/>
              <w:right w:w="170" w:type="dxa"/>
            </w:tcMar>
          </w:tcPr>
          <w:p>
            <w:pPr>
              <w:spacing w:after="80"/>
            </w:pPr>
            <w:r>
              <w:rPr>
                <w:rFonts w:ascii="Arial" w:hAnsi="Arial"/>
                <w:color w:val="555555"/>
                <w:sz w:val="21"/>
              </w:rPr>
              <w:t>Leitfrage oder Auftrag</w:t>
            </w:r>
          </w:p>
        </w:tc>
        <w:tc>
          <w:tcPr>
            <w:tcW w:type="dxa" w:w="6294"/>
            <w:tcMar>
              <w:left w:w="0" w:type="dxa"/>
              <w:right w:w="170" w:type="dxa"/>
            </w:tcMar>
          </w:tcPr>
          <w:p>
            <w:pPr>
              <w:spacing w:after="80"/>
            </w:pPr>
            <w:r>
              <w:rPr>
                <w:rFonts w:ascii="Arial" w:hAnsi="Arial"/>
                <w:b w:val="0"/>
                <w:color w:val="111111"/>
                <w:sz w:val="22"/>
              </w:rPr>
              <w:t>[Frage oder Aufgabenstellung]</w:t>
            </w:r>
          </w:p>
        </w:tc>
      </w:tr>
    </w:tbl>
    <w:p>
      <w:pPr>
        <w:spacing w:before="0" w:after="0" w:line="276" w:lineRule="auto"/>
      </w:pPr>
    </w:p>
    <w:p>
      <w:pPr>
        <w:spacing w:before="0" w:after="140" w:line="20" w:lineRule="exact"/>
      </w:pPr>
    </w:p>
    <w:p>
      <w:pPr>
        <w:keepNext/>
        <w:spacing w:before="260" w:after="80" w:line="276" w:lineRule="auto"/>
        <w:pBdr>
          <w:bottom w:val="single" w:sz="6" w:space="4" w:color="AAAAAA"/>
        </w:pBdr>
      </w:pPr>
      <w:r>
        <w:rPr>
          <w:rFonts w:ascii="Arial" w:hAnsi="Arial"/>
          <w:b/>
          <w:i w:val="0"/>
          <w:color w:val="111111"/>
          <w:sz w:val="21"/>
        </w:rPr>
        <w:t>LESEEINTRÄGE</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1247"/>
        <w:gridCol w:w="7541"/>
      </w:tblGrid>
      <w:tr>
        <w:tc>
          <w:tcPr>
            <w:tcW w:type="dxa" w:w="1247"/>
            <w:tcMar>
              <w:left w:w="0" w:type="dxa"/>
              <w:right w:w="170" w:type="dxa"/>
            </w:tcMar>
          </w:tcPr>
          <w:p>
            <w:pPr>
              <w:spacing w:after="80"/>
            </w:pPr>
            <w:r>
              <w:rPr>
                <w:rFonts w:ascii="Arial" w:hAnsi="Arial"/>
                <w:color w:val="555555"/>
                <w:sz w:val="21"/>
              </w:rPr>
              <w:t>Eintrag 1</w:t>
            </w:r>
          </w:p>
        </w:tc>
        <w:tc>
          <w:tcPr>
            <w:tcW w:type="dxa" w:w="7541"/>
            <w:tcMar>
              <w:left w:w="0" w:type="dxa"/>
              <w:right w:w="170" w:type="dxa"/>
            </w:tcMar>
          </w:tcPr>
          <w:p>
            <w:pPr>
              <w:spacing w:after="20"/>
            </w:pPr>
            <w:r>
              <w:rPr>
                <w:rFonts w:ascii="Arial" w:hAnsi="Arial"/>
                <w:b w:val="0"/>
                <w:color w:val="111111"/>
                <w:sz w:val="22"/>
              </w:rPr>
              <w:t>Datum und Seiten: [TT.MM., S. x bis y]</w:t>
            </w:r>
          </w:p>
          <w:p>
            <w:pPr>
              <w:spacing w:after="20"/>
            </w:pPr>
            <w:r>
              <w:rPr>
                <w:rFonts w:ascii="Arial" w:hAnsi="Arial"/>
                <w:b w:val="0"/>
                <w:color w:val="555555"/>
                <w:sz w:val="21"/>
              </w:rPr>
              <w:t>Was passiert / Kerninhalt: [zwei Sätze]</w:t>
            </w:r>
          </w:p>
          <w:p>
            <w:pPr>
              <w:spacing w:after="20"/>
            </w:pPr>
            <w:r>
              <w:rPr>
                <w:rFonts w:ascii="Arial" w:hAnsi="Arial"/>
                <w:b w:val="0"/>
                <w:color w:val="555555"/>
                <w:sz w:val="21"/>
              </w:rPr>
              <w:t>Was mir aufgefallen ist: [Zitat mit Seite, Figur, Stelle]</w:t>
            </w:r>
          </w:p>
          <w:p>
            <w:pPr>
              <w:spacing w:after="80"/>
            </w:pPr>
            <w:r>
              <w:rPr>
                <w:rFonts w:ascii="Arial" w:hAnsi="Arial"/>
                <w:b w:val="0"/>
                <w:color w:val="555555"/>
                <w:sz w:val="21"/>
              </w:rPr>
              <w:t>Meine Frage oder Meinung: [ein Satz]</w:t>
            </w:r>
          </w:p>
        </w:tc>
      </w:tr>
      <w:tr>
        <w:tc>
          <w:tcPr>
            <w:tcW w:type="dxa" w:w="1247"/>
            <w:tcMar>
              <w:left w:w="0" w:type="dxa"/>
              <w:right w:w="170" w:type="dxa"/>
            </w:tcMar>
          </w:tcPr>
          <w:p>
            <w:pPr>
              <w:spacing w:after="80"/>
            </w:pPr>
            <w:r>
              <w:rPr>
                <w:rFonts w:ascii="Arial" w:hAnsi="Arial"/>
                <w:color w:val="555555"/>
                <w:sz w:val="21"/>
              </w:rPr>
              <w:t>Eintrag 2</w:t>
            </w:r>
          </w:p>
        </w:tc>
        <w:tc>
          <w:tcPr>
            <w:tcW w:type="dxa" w:w="7541"/>
            <w:tcMar>
              <w:left w:w="0" w:type="dxa"/>
              <w:right w:w="170" w:type="dxa"/>
            </w:tcMar>
          </w:tcPr>
          <w:p>
            <w:pPr>
              <w:spacing w:after="20"/>
            </w:pPr>
            <w:r>
              <w:rPr>
                <w:rFonts w:ascii="Arial" w:hAnsi="Arial"/>
                <w:b w:val="0"/>
                <w:color w:val="111111"/>
                <w:sz w:val="22"/>
              </w:rPr>
              <w:t>Datum und Seiten: [TT.MM., S. x bis y]</w:t>
            </w:r>
          </w:p>
          <w:p>
            <w:pPr>
              <w:spacing w:after="20"/>
            </w:pPr>
            <w:r>
              <w:rPr>
                <w:rFonts w:ascii="Arial" w:hAnsi="Arial"/>
                <w:b w:val="0"/>
                <w:color w:val="555555"/>
                <w:sz w:val="21"/>
              </w:rPr>
              <w:t>Was passiert / Kerninhalt: [zwei Sätze]</w:t>
            </w:r>
          </w:p>
          <w:p>
            <w:pPr>
              <w:spacing w:after="20"/>
            </w:pPr>
            <w:r>
              <w:rPr>
                <w:rFonts w:ascii="Arial" w:hAnsi="Arial"/>
                <w:b w:val="0"/>
                <w:color w:val="555555"/>
                <w:sz w:val="21"/>
              </w:rPr>
              <w:t>Was mir aufgefallen ist: [Zitat mit Seite, Figur, Stelle]</w:t>
            </w:r>
          </w:p>
          <w:p>
            <w:pPr>
              <w:spacing w:after="80"/>
            </w:pPr>
            <w:r>
              <w:rPr>
                <w:rFonts w:ascii="Arial" w:hAnsi="Arial"/>
                <w:b w:val="0"/>
                <w:color w:val="555555"/>
                <w:sz w:val="21"/>
              </w:rPr>
              <w:t>Meine Frage oder Meinung: [ein Satz]</w:t>
            </w:r>
          </w:p>
        </w:tc>
      </w:tr>
      <w:tr>
        <w:tc>
          <w:tcPr>
            <w:tcW w:type="dxa" w:w="1247"/>
            <w:tcMar>
              <w:left w:w="0" w:type="dxa"/>
              <w:right w:w="170" w:type="dxa"/>
            </w:tcMar>
          </w:tcPr>
          <w:p>
            <w:pPr>
              <w:spacing w:after="80"/>
            </w:pPr>
            <w:r>
              <w:rPr>
                <w:rFonts w:ascii="Arial" w:hAnsi="Arial"/>
                <w:color w:val="555555"/>
                <w:sz w:val="21"/>
              </w:rPr>
              <w:t>Eintrag 3</w:t>
            </w:r>
          </w:p>
        </w:tc>
        <w:tc>
          <w:tcPr>
            <w:tcW w:type="dxa" w:w="7541"/>
            <w:tcMar>
              <w:left w:w="0" w:type="dxa"/>
              <w:right w:w="170" w:type="dxa"/>
            </w:tcMar>
          </w:tcPr>
          <w:p>
            <w:pPr>
              <w:spacing w:after="20"/>
            </w:pPr>
            <w:r>
              <w:rPr>
                <w:rFonts w:ascii="Arial" w:hAnsi="Arial"/>
                <w:b w:val="0"/>
                <w:color w:val="111111"/>
                <w:sz w:val="22"/>
              </w:rPr>
              <w:t>Datum und Seiten: [TT.MM., S. x bis y]</w:t>
            </w:r>
          </w:p>
          <w:p>
            <w:pPr>
              <w:spacing w:after="20"/>
            </w:pPr>
            <w:r>
              <w:rPr>
                <w:rFonts w:ascii="Arial" w:hAnsi="Arial"/>
                <w:b w:val="0"/>
                <w:color w:val="555555"/>
                <w:sz w:val="21"/>
              </w:rPr>
              <w:t>Was passiert / Kerninhalt: [zwei Sätze]</w:t>
            </w:r>
          </w:p>
          <w:p>
            <w:pPr>
              <w:spacing w:after="20"/>
            </w:pPr>
            <w:r>
              <w:rPr>
                <w:rFonts w:ascii="Arial" w:hAnsi="Arial"/>
                <w:b w:val="0"/>
                <w:color w:val="555555"/>
                <w:sz w:val="21"/>
              </w:rPr>
              <w:t>Was mir aufgefallen ist: [Zitat mit Seite, Figur, Stelle]</w:t>
            </w:r>
          </w:p>
          <w:p>
            <w:pPr>
              <w:spacing w:after="80"/>
            </w:pPr>
            <w:r>
              <w:rPr>
                <w:rFonts w:ascii="Arial" w:hAnsi="Arial"/>
                <w:b w:val="0"/>
                <w:color w:val="555555"/>
                <w:sz w:val="21"/>
              </w:rPr>
              <w:t>Meine Frage oder Meinung: [ein Satz]</w:t>
            </w:r>
          </w:p>
        </w:tc>
      </w:tr>
    </w:tbl>
    <w:p>
      <w:pPr>
        <w:spacing w:before="0" w:after="0" w:line="276" w:lineRule="auto"/>
      </w:pPr>
    </w:p>
    <w:p>
      <w:r>
        <w:br w:type="page"/>
      </w:r>
    </w:p>
    <w:p>
      <w:pPr>
        <w:spacing w:before="0" w:after="200" w:line="276" w:lineRule="auto"/>
      </w:pPr>
      <w:r>
        <w:rPr>
          <w:rFonts w:ascii="Arial" w:hAnsi="Arial"/>
          <w:b/>
          <w:i w:val="0"/>
          <w:color w:val="111111"/>
          <w:sz w:val="32"/>
        </w:rPr>
        <w:t>Figuren, Begriffe und Bilanz</w:t>
      </w:r>
    </w:p>
    <w:p>
      <w:pPr>
        <w:keepNext/>
        <w:spacing w:before="260" w:after="80" w:line="276" w:lineRule="auto"/>
        <w:pBdr>
          <w:bottom w:val="single" w:sz="6" w:space="4" w:color="AAAAAA"/>
        </w:pBdr>
      </w:pPr>
      <w:r>
        <w:rPr>
          <w:rFonts w:ascii="Arial" w:hAnsi="Arial"/>
          <w:b/>
          <w:i w:val="0"/>
          <w:color w:val="111111"/>
          <w:sz w:val="21"/>
        </w:rPr>
        <w:t>FIGUREN UND BEGRIFFE</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1814"/>
        <w:gridCol w:w="6974"/>
      </w:tblGrid>
      <w:tr>
        <w:tc>
          <w:tcPr>
            <w:tcW w:type="dxa" w:w="1814"/>
            <w:tcMar>
              <w:left w:w="0" w:type="dxa"/>
              <w:right w:w="170" w:type="dxa"/>
            </w:tcMar>
          </w:tcPr>
          <w:p>
            <w:pPr>
              <w:spacing w:after="80"/>
            </w:pPr>
            <w:r>
              <w:rPr>
                <w:rFonts w:ascii="Arial" w:hAnsi="Arial"/>
                <w:color w:val="555555"/>
                <w:sz w:val="21"/>
              </w:rPr>
              <w:t>Name / Begriff</w:t>
            </w:r>
          </w:p>
        </w:tc>
        <w:tc>
          <w:tcPr>
            <w:tcW w:type="dxa" w:w="6974"/>
            <w:tcMar>
              <w:left w:w="0" w:type="dxa"/>
              <w:right w:w="170" w:type="dxa"/>
            </w:tcMar>
          </w:tcPr>
          <w:p>
            <w:pPr>
              <w:spacing w:after="80"/>
            </w:pPr>
            <w:r>
              <w:rPr>
                <w:rFonts w:ascii="Arial" w:hAnsi="Arial"/>
                <w:b/>
                <w:color w:val="111111"/>
                <w:sz w:val="22"/>
              </w:rPr>
              <w:t>Erklärung</w:t>
            </w:r>
          </w:p>
        </w:tc>
      </w:tr>
      <w:tr>
        <w:tc>
          <w:tcPr>
            <w:tcW w:type="dxa" w:w="1814"/>
            <w:tcMar>
              <w:left w:w="0" w:type="dxa"/>
              <w:right w:w="170" w:type="dxa"/>
            </w:tcMar>
          </w:tcPr>
          <w:p>
            <w:pPr>
              <w:spacing w:after="80"/>
            </w:pPr>
            <w:r>
              <w:rPr>
                <w:rFonts w:ascii="Arial" w:hAnsi="Arial"/>
                <w:color w:val="555555"/>
                <w:sz w:val="21"/>
              </w:rPr>
              <w:t>[Name oder Begriff]</w:t>
            </w:r>
          </w:p>
        </w:tc>
        <w:tc>
          <w:tcPr>
            <w:tcW w:type="dxa" w:w="6974"/>
            <w:tcMar>
              <w:left w:w="0" w:type="dxa"/>
              <w:right w:w="170" w:type="dxa"/>
            </w:tcMar>
          </w:tcPr>
          <w:p>
            <w:pPr>
              <w:spacing w:after="80"/>
            </w:pPr>
            <w:r>
              <w:rPr>
                <w:rFonts w:ascii="Arial" w:hAnsi="Arial"/>
                <w:b/>
                <w:color w:val="111111"/>
                <w:sz w:val="22"/>
              </w:rPr>
              <w:t>[kurze Erklärung, Rolle oder Bedeutung]</w:t>
            </w:r>
          </w:p>
        </w:tc>
      </w:tr>
      <w:tr>
        <w:tc>
          <w:tcPr>
            <w:tcW w:type="dxa" w:w="1814"/>
            <w:tcMar>
              <w:left w:w="0" w:type="dxa"/>
              <w:right w:w="170" w:type="dxa"/>
            </w:tcMar>
          </w:tcPr>
          <w:p>
            <w:pPr>
              <w:spacing w:after="80"/>
            </w:pPr>
            <w:r>
              <w:rPr>
                <w:rFonts w:ascii="Arial" w:hAnsi="Arial"/>
                <w:color w:val="555555"/>
                <w:sz w:val="21"/>
              </w:rPr>
              <w:t>[Name oder Begriff]</w:t>
            </w:r>
          </w:p>
        </w:tc>
        <w:tc>
          <w:tcPr>
            <w:tcW w:type="dxa" w:w="6974"/>
            <w:tcMar>
              <w:left w:w="0" w:type="dxa"/>
              <w:right w:w="170" w:type="dxa"/>
            </w:tcMar>
          </w:tcPr>
          <w:p>
            <w:pPr>
              <w:spacing w:after="80"/>
            </w:pPr>
            <w:r>
              <w:rPr>
                <w:rFonts w:ascii="Arial" w:hAnsi="Arial"/>
                <w:b/>
                <w:color w:val="111111"/>
                <w:sz w:val="22"/>
              </w:rPr>
              <w:t>[kurze Erklärung, Rolle oder Bedeutung]</w:t>
            </w:r>
          </w:p>
        </w:tc>
      </w:tr>
      <w:tr>
        <w:tc>
          <w:tcPr>
            <w:tcW w:type="dxa" w:w="1814"/>
            <w:tcMar>
              <w:left w:w="0" w:type="dxa"/>
              <w:right w:w="170" w:type="dxa"/>
            </w:tcMar>
          </w:tcPr>
          <w:p>
            <w:pPr>
              <w:spacing w:after="80"/>
            </w:pPr>
            <w:r>
              <w:rPr>
                <w:rFonts w:ascii="Arial" w:hAnsi="Arial"/>
                <w:color w:val="555555"/>
                <w:sz w:val="21"/>
              </w:rPr>
              <w:t>[Name oder Begriff]</w:t>
            </w:r>
          </w:p>
        </w:tc>
        <w:tc>
          <w:tcPr>
            <w:tcW w:type="dxa" w:w="6974"/>
            <w:tcMar>
              <w:left w:w="0" w:type="dxa"/>
              <w:right w:w="170" w:type="dxa"/>
            </w:tcMar>
          </w:tcPr>
          <w:p>
            <w:pPr>
              <w:spacing w:after="80"/>
            </w:pPr>
            <w:r>
              <w:rPr>
                <w:rFonts w:ascii="Arial" w:hAnsi="Arial"/>
                <w:b/>
                <w:color w:val="111111"/>
                <w:sz w:val="22"/>
              </w:rPr>
              <w:t>[kurze Erklärung, Rolle oder Bedeutung]</w:t>
            </w:r>
          </w:p>
        </w:tc>
      </w:tr>
    </w:tbl>
    <w:p>
      <w:pPr>
        <w:spacing w:before="0" w:after="0" w:line="276" w:lineRule="auto"/>
      </w:pPr>
    </w:p>
    <w:p>
      <w:pPr>
        <w:spacing w:before="0" w:after="140" w:line="20" w:lineRule="exact"/>
      </w:pPr>
    </w:p>
    <w:p>
      <w:pPr>
        <w:keepNext/>
        <w:spacing w:before="260" w:after="80" w:line="276" w:lineRule="auto"/>
        <w:pBdr>
          <w:bottom w:val="single" w:sz="6" w:space="4" w:color="AAAAAA"/>
        </w:pBdr>
      </w:pPr>
      <w:r>
        <w:rPr>
          <w:rFonts w:ascii="Arial" w:hAnsi="Arial"/>
          <w:b/>
          <w:i w:val="0"/>
          <w:color w:val="111111"/>
          <w:sz w:val="21"/>
        </w:rPr>
        <w:t>ABSCHLUSSBILANZ</w:t>
      </w:r>
    </w:p>
    <w:p>
      <w:pPr>
        <w:spacing w:before="0" w:after="120" w:line="276" w:lineRule="auto"/>
      </w:pPr>
      <w:r>
        <w:rPr>
          <w:rFonts w:ascii="Arial" w:hAnsi="Arial"/>
          <w:b w:val="0"/>
          <w:i w:val="0"/>
          <w:color w:val="111111"/>
          <w:sz w:val="22"/>
        </w:rPr>
        <w:t>[Was hat mich an diesem Buch am meisten überrascht, und warum?]</w:t>
      </w:r>
    </w:p>
    <w:p>
      <w:pPr>
        <w:spacing w:before="0" w:after="120" w:line="276" w:lineRule="auto"/>
      </w:pPr>
      <w:r>
        <w:rPr>
          <w:rFonts w:ascii="Arial" w:hAnsi="Arial"/>
          <w:b w:val="0"/>
          <w:i w:val="0"/>
          <w:color w:val="111111"/>
          <w:sz w:val="22"/>
        </w:rPr>
        <w:t>[Welche Stelle würde ich einer anderen Person zeigen, und weshalb gerade diese?]</w:t>
      </w:r>
    </w:p>
    <w:p>
      <w:pPr>
        <w:spacing w:before="0" w:after="120" w:line="276" w:lineRule="auto"/>
      </w:pPr>
      <w:r>
        <w:rPr>
          <w:rFonts w:ascii="Arial" w:hAnsi="Arial"/>
          <w:b w:val="0"/>
          <w:i w:val="0"/>
          <w:color w:val="111111"/>
          <w:sz w:val="22"/>
        </w:rPr>
        <w:t>[Was nehme ich inhaltlich oder sprachlich aus dem Buch mit?]</w:t>
      </w:r>
    </w:p>
    <w:p>
      <w:pPr>
        <w:spacing w:before="0" w:after="140" w:line="20" w:lineRule="exact"/>
      </w:pPr>
    </w:p>
    <w:p>
      <w:pPr>
        <w:keepNext/>
        <w:spacing w:before="260" w:after="80" w:line="276" w:lineRule="auto"/>
        <w:pBdr>
          <w:bottom w:val="single" w:sz="6" w:space="4" w:color="AAAAAA"/>
        </w:pBdr>
      </w:pPr>
      <w:r>
        <w:rPr>
          <w:rFonts w:ascii="Arial" w:hAnsi="Arial"/>
          <w:b/>
          <w:i w:val="0"/>
          <w:color w:val="111111"/>
          <w:sz w:val="21"/>
        </w:rPr>
        <w:t>VERWENDBAR IN</w:t>
      </w:r>
    </w:p>
    <w:p>
      <w:pPr>
        <w:spacing w:before="0" w:after="60" w:line="276" w:lineRule="auto"/>
        <w:ind w:left="340" w:hanging="340"/>
      </w:pPr>
      <w:r>
        <w:rPr>
          <w:color w:val="00A85A"/>
        </w:rPr>
        <w:t xml:space="preserve">▪  </w:t>
      </w:r>
      <w:r>
        <w:rPr>
          <w:rFonts w:ascii="Arial" w:hAnsi="Arial"/>
          <w:sz w:val="22"/>
        </w:rPr>
        <w:t>Referat</w:t>
      </w:r>
    </w:p>
    <w:p>
      <w:pPr>
        <w:spacing w:before="0" w:after="60" w:line="276" w:lineRule="auto"/>
        <w:ind w:left="340" w:hanging="340"/>
      </w:pPr>
      <w:r>
        <w:rPr>
          <w:color w:val="00A85A"/>
        </w:rPr>
        <w:t xml:space="preserve">▪  </w:t>
      </w:r>
      <w:r>
        <w:rPr>
          <w:rFonts w:ascii="Arial" w:hAnsi="Arial"/>
          <w:sz w:val="22"/>
        </w:rPr>
        <w:t>Klausur</w:t>
      </w:r>
    </w:p>
    <w:p>
      <w:pPr>
        <w:spacing w:before="0" w:after="60" w:line="276" w:lineRule="auto"/>
        <w:ind w:left="340" w:hanging="340"/>
      </w:pPr>
      <w:r>
        <w:rPr>
          <w:color w:val="00A85A"/>
        </w:rPr>
        <w:t xml:space="preserve">▪  </w:t>
      </w:r>
      <w:r>
        <w:rPr>
          <w:rFonts w:ascii="Arial" w:hAnsi="Arial"/>
          <w:sz w:val="22"/>
        </w:rPr>
        <w:t>Hausarbeit</w:t>
      </w:r>
    </w:p>
    <w:sectPr w:rsidR="00FC693F" w:rsidRPr="0006063C" w:rsidSect="00034616">
      <w:footerReference w:type="default" r:id="rId12"/>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Lesetagebuch</dc:title>
  <dc:subject>Für Schule und Studium: Lektüre festhalten, verstehen und wiederfinden</dc:subject>
  <dc:creator>korrektur.de</dc:creator>
  <cp:keywords>Lesetagebuch, Vorlage, Muster, Lektüre, Leseeintrag, Schule, Studium, Buchbesprechung, Word</cp:keywords>
  <dc:description>Kostenlose Vorlage von korrektur.de. Aktuelle Fassung: https://korrektur.de/bachelorarbeiten-lesen</dc:description>
  <cp:lastModifiedBy>korrektur.de</cp:lastModifiedBy>
  <cp:revision>1</cp:revision>
  <dcterms:created xsi:type="dcterms:W3CDTF">2013-12-23T23:15:00Z</dcterms:created>
  <dcterms:modified xsi:type="dcterms:W3CDTF">2013-12-23T23:15:00Z</dcterms:modified>
  <cp:category>Vorlage</cp:category>
</cp:coreProperties>
</file>