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Portfolio aufbauen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Deckblatt, Belegübersicht und der Reflexionsbogen. Den Bogen kopierst du für jeden Beleg einmal: er ist der Teil, der bewertet wird.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Gesammelt wird nicht, gezeigt wird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Ein Portfolio ist keine Ablage. Vier gut reflektierte Belege sind mehr wert als zwanzig Kopien ohne Kommentar. Zu jedem Beleg gehört der Satz, was er über deine Entwicklung zeigt.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 und trag oben Studiengang, Modul und Zeitraum ein.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Wähle deine Belege nach den Kompetenzen aus, die im Modul stehen, nicht nach dem, was gerade da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Schreib zu jedem Beleg den Reflexionsbogen. Beschreiben, bewerten, folgern: in dieser Reihenfolge.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Nummeriere die Belege und verweise in der Übersicht darauf.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Anonymisiere alles: Namen von Kindern, Schülerinnen, Klienten und Betrieben.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Woran Portfolios Punkte verlieren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Sammlung ohne Reflexion. Der Beleg allein sagt nichts.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Reflexion, die nur lobt. Ohne die schwierige Stelle wirkt der Text unehrlich.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 Bezug zu Theorie. Ein Begriff aus dem Seminar je Bogen reicht schon.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Keine Entwicklung sichtbar. Ordne die Belege zeitlich und zeige die Veränderung.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Datenschutz verletzt. Klarnamen und Fotos ohne Einwilligung sind ein K.-o.-Kriterium.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der Abgabe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Jeder Beleg hat einen Reflexionsbogen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Belege nummeriert und in der Übersicht genannt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Ein Theoriebezug je Bogen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Alles anonymisiert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Umfang und Form nach Modulvorgabe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Portfolio vor der Abgabe prüfen lassen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Sprachliche Korrektur, deine Reflexion bleibt deine: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420" w:line="20" w:lineRule="exact"/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Portfolio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[Modul oder Praxisphase]</w:t>
      </w:r>
    </w:p>
    <w:p>
      <w:pPr>
        <w:spacing w:before="0" w:after="42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608"/>
        <w:gridCol w:w="6747"/>
      </w:tblGrid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Verfasser/in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Matrikelnummer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[Nummer]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Studiengang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[Studiengang], [Semester]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Modul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[Titel], [Nummer]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Einrichtung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[Schule, Betrieb, Einrichtung], [Ort]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Zeitraum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 bis [TT.MM.JJJJ]</w:t>
            </w:r>
          </w:p>
        </w:tc>
      </w:tr>
      <w:tr>
        <w:tc>
          <w:tcPr>
            <w:tcW w:type="dxa" w:w="2608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Betreuung</w:t>
            </w:r>
          </w:p>
        </w:tc>
        <w:tc>
          <w:tcPr>
            <w:tcW w:type="dxa" w:w="6747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Vorname Nachname]</w:t>
            </w:r>
          </w:p>
        </w:tc>
      </w:tr>
    </w:tbl>
    <w:p>
      <w:pPr>
        <w:spacing w:before="0" w:after="0" w:line="276" w:lineRule="auto"/>
      </w:pPr>
    </w:p>
    <w:p>
      <w:pPr>
        <w:spacing w:before="0" w:after="30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ZIELE FÜR DIESEN ZEITRAUM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[Was willst du können, das du heute noch nicht kannst]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[Zweites Ziel, überprüfbar formuliert]</w:t>
      </w:r>
    </w:p>
    <w:p>
      <w:pPr>
        <w:spacing w:before="0" w:after="6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[Drittes Ziel]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Übersicht der Belege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247"/>
        <w:gridCol w:w="8108"/>
      </w:tblGrid>
      <w:tr>
        <w:tc>
          <w:tcPr>
            <w:tcW w:type="dxa" w:w="1247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Nr.</w:t>
            </w:r>
          </w:p>
        </w:tc>
        <w:tc>
          <w:tcPr>
            <w:tcW w:type="dxa" w:w="810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Beleg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Kompetenz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Datum</w:t>
            </w:r>
          </w:p>
        </w:tc>
      </w:tr>
      <w:tr>
        <w:tc>
          <w:tcPr>
            <w:tcW w:type="dxa" w:w="1247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1</w:t>
            </w:r>
          </w:p>
        </w:tc>
        <w:tc>
          <w:tcPr>
            <w:tcW w:type="dxa" w:w="810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[Unterrichtsentwurf, Protokoll, Foto, Produkt]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[Planen]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[TT.MM.]</w:t>
            </w:r>
          </w:p>
        </w:tc>
      </w:tr>
      <w:tr>
        <w:tc>
          <w:tcPr>
            <w:tcW w:type="dxa" w:w="1247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2</w:t>
            </w:r>
          </w:p>
        </w:tc>
        <w:tc>
          <w:tcPr>
            <w:tcW w:type="dxa" w:w="810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[Beleg]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[Durchführen]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[TT.MM.]</w:t>
            </w:r>
          </w:p>
        </w:tc>
      </w:tr>
      <w:tr>
        <w:tc>
          <w:tcPr>
            <w:tcW w:type="dxa" w:w="1247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3</w:t>
            </w:r>
          </w:p>
        </w:tc>
        <w:tc>
          <w:tcPr>
            <w:tcW w:type="dxa" w:w="810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[Beleg]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[Beobachten]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[TT.MM.]</w:t>
            </w:r>
          </w:p>
        </w:tc>
      </w:tr>
      <w:tr>
        <w:tc>
          <w:tcPr>
            <w:tcW w:type="dxa" w:w="1247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4</w:t>
            </w:r>
          </w:p>
        </w:tc>
        <w:tc>
          <w:tcPr>
            <w:tcW w:type="dxa" w:w="810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[Beleg]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[Beurteilen]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[TT.MM.]</w:t>
            </w:r>
          </w:p>
        </w:tc>
      </w:tr>
      <w:tr>
        <w:tc>
          <w:tcPr>
            <w:tcW w:type="dxa" w:w="1247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5</w:t>
            </w:r>
          </w:p>
        </w:tc>
        <w:tc>
          <w:tcPr>
            <w:tcW w:type="dxa" w:w="8108"/>
            <w:tcMar>
              <w:left w:w="0" w:type="dxa"/>
              <w:right w:w="17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color w:val="111111"/>
                <w:sz w:val="22"/>
              </w:rPr>
              <w:t>[Beleg]</w:t>
            </w:r>
          </w:p>
          <w:p>
            <w:pPr>
              <w:spacing w:after="20"/>
            </w:pPr>
            <w:r>
              <w:rPr>
                <w:rFonts w:ascii="Arial" w:hAnsi="Arial"/>
                <w:b w:val="0"/>
                <w:color w:val="555555"/>
                <w:sz w:val="21"/>
              </w:rPr>
              <w:t>[Zusammenarbeiten]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555555"/>
                <w:sz w:val="21"/>
              </w:rPr>
              <w:t>[TT.MM.]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EINLEITUNG ZUM PORTFOLIO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Wer schreibt hier, in welchem Rahmen, mit welchen Zielen. Und nach welchen Kriterien du die Belege ausgewählt hast: das ist die Frage, die zuerst gestellt wird.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GESAMTREFLEXION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Am Schluss geschrieben: Was hat sich zwischen dem ersten und dem letzten Beleg verändert, woran machst du das fest, was nimmst du dir für den nächsten Abschnitt vor.</w:t>
      </w:r>
    </w:p>
    <w:p>
      <w:pPr>
        <w:spacing w:before="0" w:after="22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[Ort], [TT.MM.JJJJ]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[Unterschrift]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Reflexionsbogen zu Beleg [Nr.]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Seite für jeden Beleg einmal kopieren.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974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Beleg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und Art des Nachweises]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Datum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color w:val="555555"/>
                <w:sz w:val="21"/>
              </w:rPr>
              <w:t>Kompetenz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4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[Welche Kompetenz aus dem Modul]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WAS WAR DIE SITUATION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Sachlich und anonymisiert: Ort, Beteiligte, Aufgabe, dein Anteil daran. Noch keine Bewertung.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WAS HABE ICH GETAN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Die eigene Handlung Schritt für Schritt, und die Überlegung dahinter: warum gerade so.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WAS IST DARAUS GEWORDEN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Die Wirkung, woran du sie gemerkt hast, und die Rückmeldung, die du bekommen hast.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THEORIEBEZUG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[Begriff, Modell oder Konzept aus dem Seminar] nach [Quelle]. In zwei Sätzen: Was erklärt es an dieser Situation.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WAS NEHME ICH MIT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974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Das behalte ich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[Was gut lief und warum]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Das ändere ich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[Was du beim nächsten Mal anders machst]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color w:val="555555"/>
                <w:sz w:val="21"/>
              </w:rPr>
              <w:t>Dafür brauche ich</w:t>
            </w:r>
          </w:p>
        </w:tc>
        <w:tc>
          <w:tcPr>
            <w:tcW w:type="dxa" w:w="6974"/>
            <w:tcMar>
              <w:left w:w="0" w:type="dxa"/>
              <w:right w:w="170" w:type="dxa"/>
            </w:tcMar>
          </w:tcPr>
          <w:p>
            <w:pPr>
              <w:spacing w:after="60"/>
            </w:pPr>
            <w:r>
              <w:rPr>
                <w:rFonts w:ascii="Arial" w:hAnsi="Arial"/>
                <w:b w:val="0"/>
                <w:color w:val="111111"/>
                <w:sz w:val="22"/>
              </w:rPr>
              <w:t>[Übung, Rückmeldung, Wissen, Zeit]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80" w:line="20" w:lineRule="exact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Anlage: [Beleg als Anhang, Seite XX]</w:t>
      </w:r>
    </w:p>
    <w:sectPr w:rsidR="00FC693F" w:rsidRPr="0006063C" w:rsidSect="00034616">
      <w:footerReference w:type="default" r:id="rId12"/>
      <w:pgSz w:w="11906" w:h="16838"/>
      <w:pgMar w:top="1134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Portfolio: Aufbau mit Reflexionsbogen</dc:title>
  <dc:subject>Deckblatt, Belegübersicht und ein Bogen je Nachweis</dc:subject>
  <dc:creator>korrektur.de</dc:creator>
  <cp:keywords>Portfolio, Reflexionsportfolio, Lehramt, Studium, Vorlage, Muster, Reflexion, Nachweis, Word</cp:keywords>
  <dc:description>Kostenlose Vorlage von korrektur.de. Aktuelle Fassung: https://korrektur.de/portfolio-studium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