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Präsentation planen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planst du deinen Vortrag Folie für Folie: erst der Folienplan, dann der Sprechzettel mit Zeittakt, zuletzt der Teil für die Fragerunde. Gebaut wird die Datei erst danach.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Warum erst Papier, dann PowerPoint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Wer mit der leeren Folie anfängt, gestaltet und merkt zu spät, dass der rote Faden fehlt. Der Plan hier braucht zwanzig Minuten und spart dir das Umbauen von zwölf Folien.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Trag oben Anlass, Dauer und Publikum ein. Aus der Dauer folgt die Folienzahl: rechne mit einer Folie je Minute.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Schreib in jede Zeile die Kernaussage der Folie, nicht ihre Überschrift. Wer die Aussage nicht in einen Satz bekommt, braucht die Folie nicht.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Streich alles, was nicht auf die Frage einzahlt. Die zweite Fassung eines Vortrags ist immer kürzer als die erste.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Sprich den Vortrag einmal laut durch und stopp die Zeit. Vorlesen im Kopf ist rund ein Drittel schneller.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Erst danach die Folien bauen: eine Aussage je Folie, große Schrift, wenig Text.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im Kolloquium auffällt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Überziehen. Die Zeit ist Teil der Aufgabe, und der Abbruch trifft immer den Schluss, also die Ergebnisse.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Folien vorlesen. Wenn alles draufsteht, ist die Sprecherin oder der Sprecher überflüssig.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Methodik übersprungen. Genau dort setzt die erste Rückfrage an.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Diagramme ohne Achsenbeschriftung und ohne Quelle.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Schlussbild. Die letzte Folie bleibt minutenlang stehen, deshalb gehört das Ergebnis darauf, nicht 'Danke'.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Vortrag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Eine Aussage je Folie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Vortrag laut geprobt und Zeit gestoppt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Quellen auf jeder Abbildung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Technik und Datei auf zwei Wegen dabei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Drei Rückfragen vorbereitet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Steht hinter dem Vortrag eine Arbeit?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Wir lesen sie vor der Abgabe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Folienplan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974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Thema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des Vortrags]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Dauer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[15] Minuten plus [5] Minuten Fragen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Publikum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[Wer sitzt davor, was weiß es schon]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Kernbotschaft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[Der eine Satz, der hängen bleiben soll]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FOLIE FÜR FOLIE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247"/>
        <w:gridCol w:w="8108"/>
      </w:tblGrid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Nr.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Aussage der Folie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Bild, Tabelle, Diagramm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Min.</w:t>
            </w:r>
          </w:p>
        </w:tc>
      </w:tr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1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Titel, Name, Datum, Anlass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Logo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0,5</w:t>
            </w:r>
          </w:p>
        </w:tc>
      </w:tr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2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[Einstieg: Zahl, Frage oder Fall] und Gliederung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[Bild]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1,5</w:t>
            </w:r>
          </w:p>
        </w:tc>
      </w:tr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3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[Ausgangslage und Problem]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[Grafik]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2</w:t>
            </w:r>
          </w:p>
        </w:tc>
      </w:tr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4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[Fragestellung und Ziel]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[keine]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1</w:t>
            </w:r>
          </w:p>
        </w:tc>
      </w:tr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5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[Vorgehen und Methode]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[Ablaufbild]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2</w:t>
            </w:r>
          </w:p>
        </w:tc>
      </w:tr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6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[Ergebnis 1]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[Diagramm]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2</w:t>
            </w:r>
          </w:p>
        </w:tc>
      </w:tr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7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[Ergebnis 2] und Grenzen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[Tabelle]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3,5</w:t>
            </w:r>
          </w:p>
        </w:tc>
      </w:tr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8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[Fazit und Empfehlung]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[Kernsatz]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2,5</w:t>
            </w:r>
          </w:p>
        </w:tc>
      </w:tr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9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Quellen und Kontakt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[keine]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stehen lassen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Sprechzettel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Bleibt bei dir. Stichworte, keine ausformulierten Sätze: abgelesene Vorträge klingen abgelesen.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EINSTIEG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Erster Satz wörtlich aufschreiben, nur dieser eine. Danach Thema nennen, Ablauf in drei Punkten ankündigen.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HAUPTTEIL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041"/>
        <w:gridCol w:w="7314"/>
      </w:tblGrid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Folie [3] bis [4]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[Stichworte, ein Beispiel, Übergangssatz zur nächsten Folie]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Folie [5]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[Warum diese Methode und keine andere]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Folie [6] bis [7]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[Zahl vorlesen, dann sagen, was sie bedeutet]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Folie [7]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[Grenzen offen nennen: das nimmt der Kritik die Spitze]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SCHLUSS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Die Frage vom Anfang beantworten, Ergebnis in drei Sätzen, dann still werden. Kein 'Das war es dann auch schon'.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ZEITMARKEN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041"/>
        <w:gridCol w:w="7314"/>
      </w:tblGrid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Nach [3] Minuten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Gliederung ist durch, Problem steht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Nach [8] Minuten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Methode fertig, erstes Ergebnis läuft</w:t>
            </w:r>
          </w:p>
        </w:tc>
      </w:tr>
      <w:tr>
        <w:tc>
          <w:tcPr>
            <w:tcW w:type="dxa" w:w="204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Nach [13] Minuten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Fazit beginnt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Fragerunde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FRAGEN, DIE FAST SICHER KOMMEN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402"/>
        <w:gridCol w:w="5953"/>
      </w:tblGrid>
      <w:tr>
        <w:tc>
          <w:tcPr>
            <w:tcW w:type="dxa" w:w="3402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Warum diese Methode?</w:t>
            </w:r>
          </w:p>
        </w:tc>
        <w:tc>
          <w:tcPr>
            <w:tcW w:type="dxa" w:w="5953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[Antwort in zwei Sätzen plus Alternative, die du geprüft hast]</w:t>
            </w:r>
          </w:p>
        </w:tc>
      </w:tr>
      <w:tr>
        <w:tc>
          <w:tcPr>
            <w:tcW w:type="dxa" w:w="3402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Wie groß ist die Stichprobe?</w:t>
            </w:r>
          </w:p>
        </w:tc>
        <w:tc>
          <w:tcPr>
            <w:tcW w:type="dxa" w:w="5953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[Zahl, Auswahlweg, Grenzen]</w:t>
            </w:r>
          </w:p>
        </w:tc>
      </w:tr>
      <w:tr>
        <w:tc>
          <w:tcPr>
            <w:tcW w:type="dxa" w:w="3402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Was ist neu daran?</w:t>
            </w:r>
          </w:p>
        </w:tc>
        <w:tc>
          <w:tcPr>
            <w:tcW w:type="dxa" w:w="5953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[Der eine Punkt, den es vorher nicht gab]</w:t>
            </w:r>
          </w:p>
        </w:tc>
      </w:tr>
      <w:tr>
        <w:tc>
          <w:tcPr>
            <w:tcW w:type="dxa" w:w="3402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Und praktisch?</w:t>
            </w:r>
          </w:p>
        </w:tc>
        <w:tc>
          <w:tcPr>
            <w:tcW w:type="dxa" w:w="5953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[Eine konkrete Anwendung]</w:t>
            </w:r>
          </w:p>
        </w:tc>
      </w:tr>
      <w:tr>
        <w:tc>
          <w:tcPr>
            <w:tcW w:type="dxa" w:w="3402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[Eigene Schwachstelle]</w:t>
            </w:r>
          </w:p>
        </w:tc>
        <w:tc>
          <w:tcPr>
            <w:tcW w:type="dxa" w:w="5953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[Wie du sie offen einräumst]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SÄTZE FÜR DEN NOTFALL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habe ich nicht untersucht. Meine Vermutung wäre [X], belegen kann ich sie hier nicht.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Darf ich die Frage kurz wiederholen, damit ich sie richtig verstehe?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Dazu habe ich eine Reservefolie, einen Moment.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TECHNIK UND MATERIAL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Datei als PPTX und als PDF, dazu ein Stick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Adapter für [HDMI, USB-C], eigenes Ladekabel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Handout in [X] Kopien plus eine für die Leitung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Präsentationsmodus getestet, Bildschirmschoner aus</w:t>
      </w:r>
    </w:p>
    <w:p>
      <w:pPr>
        <w:spacing w:before="0" w:after="18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Reservefolien nach hinten hinter die Quellen legen und nummerieren: R1, R2, R3.</w:t>
      </w:r>
    </w:p>
    <w:sectPr w:rsidR="00FC693F" w:rsidRPr="0006063C" w:rsidSect="00034616">
      <w:footerReference w:type="default" r:id="rId12"/>
      <w:pgSz w:w="11906" w:h="16838"/>
      <w:pgMar w:top="1134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Präsentation: Folienplan und Sprechzettel</dc:title>
  <dc:subject>Folie für Folie geplant, mit Zeittakt und Fragenteil</dc:subject>
  <dc:creator>korrektur.de</dc:creator>
  <cp:keywords>Praesentation, Folienplan, Vortrag, Kolloquium, PowerPoint, Gliederung, Vorlage, Muster, Word</cp:keywords>
  <dc:description>Kostenlose Vorlage von korrektur.de. Aktuelle Fassung: https://korrektur.de/aufbau-einer-praesentation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