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Praktikumszeugnis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Diese Vorlage richtet sich an Betriebe, die ein Zeugnis ausstellen, und an Praktikanten, die einen Entwurf vorlegen möchten. Seite 2 zeigt ein vollständiges Musterzeugnis, Seite 3 liefert Bausteine für drei Notenstufen.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Person, Zeitraum und Aufgaben konkret ein, statt allgemeine Floskeln stehen zu lassen.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Wähl je Rubrik einen Baustein von Seite 3, der zur tatsächlichen Leistung passt.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Entscheide als Betrieb bewusst über den Wortlaut. Die Codes wirken sich auf spätere Bewerbungen aus.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Ergänze Ort, Datum und Unterschrift, sonst gilt das Zeugnis als unvollständig.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Praktikumszeugnisse häufig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wird nur eine Bescheinigung statt eines vollständigen Zeugnisses ausgestellt.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konkreten Aufgaben fehlen, das Zeugnis bleibt inhaltsleer.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Formulierungscodes werden unbewusst falsch gewählt und werten die Leistung ungewollt ab.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 oder Unterschrift fehlen, dadurch wirkt das Zeugnis unvollständig oder unwirksam.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Schlussformel mit Dank und Zukunftswünschen fehlt vollständig.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Abschluss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Briefkopf des Betriebs vollständig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Aufgaben konkret benannt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Leistung, Arbeitsweise und Verhalten bewertet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Schlussformel mit Dank enthalten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Ort, Datum und Unterschrift vorhanden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der Wortlaut überzeugen soll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Zeugnis wirkt nur mit sauberer Sprache glaubwürdig. Wir lesen euren Text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Über Wortlaut und Einstufung entscheidet der Betrieb.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Praktikumszeugnis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[Name des Betriebs]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[Straße, Hausnummer]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[PLZ Ort]</w:t>
      </w:r>
    </w:p>
    <w:p>
      <w:pPr>
        <w:spacing w:before="0" w:after="30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Nachname], geboren am [TT.MM.JJJJ], absolvierte vom [TT.MM.JJJJ] bis zum [TT.MM.JJJJ] ein Praktikum in unserem Unternehmen.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[Name des Betriebs] ist ein Unternehmen der Branche [Branche] mit Sitz in [Ort].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AUFGABEN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[Aufgabe 1, konkret beschrieben]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[Aufgabe 2, konkret beschrieben]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[Aufgabe 3, konkret beschrieben]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[Aufgabe 4, konkret beschrieben]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LEISTUNG UND ARBEITSWEISE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[Vorname] erledigte die übertragenen Aufgaben [Baustein von Seite 3, Kategorie Arbeitsweise]. Fachliche Aufgabenstellungen erfasste [Vorname] [Baustein von Seite 3, Kategorie Fachwissen].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VERHALTEN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Das Verhalten gegenüber Vorgesetzten und Kolleginnen und Kollegen war [Baustein von Seite 3, Kategorie Teamarbeit]. [Vorname] arbeitete [Baustein von Seite 3, Kategorie Zuverlässigkeit].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Wir bedanken uns für die geleistete Arbeit und wünschen [Vorname] für die berufliche und private Zukunft alles Gute und weiterhin viel Erfolg.</w:t>
      </w:r>
    </w:p>
    <w:p>
      <w:pPr>
        <w:spacing w:before="0" w:after="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Nachname], [Funktion]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Bausteine nach Stufen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Kategorie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Formulierungen nach Note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Arbeitsweise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sehr gut: „...stets zu unserer vollsten Zufriedenheit.“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gut: „...zu unserer vollen Zufriedenheit.“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befriedigend: „...zu unserer Zufriedenheit.“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Fachwissen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sehr gut: „...mit stets ausgezeichnetem Fachwissen.“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gut: „...mit gutem Fachwissen.“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befriedigend: „...mit dem erforderlichen Fachwissen.“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Teamarbeit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sehr gut: „...stets vorbildlich und zuvorkommend.“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gut: „...gut und stets korrekt.“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befriedigend: „...korrekt.“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Zuverlässigkeit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sehr gut: „...stets äußerst zuverlässig und pünktlich.“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gut: „...zuverlässig und pünktlich.“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befriedigend: „...im Großen und Ganzen zuverlässig.“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Praktikumszeugnisse müssen wohlwollend und zugleich wahr sein. Über Wortlaut und Einstufung entscheidet der Betrieb.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Praktikumszeugnis</dc:title>
  <dc:subject>Muster mit Bausteinen für Aufgaben, Leistung und Verhalten</dc:subject>
  <dc:creator>korrektur.de</dc:creator>
  <cp:keywords>Praktikumszeugnis, Vorlage, Muster, Arbeitszeugnis, Werkstudent, Praktikum, Zeugnissprache, Word</cp:keywords>
  <dc:description>Kostenlose Vorlage von korrektur.de. Aktuelle Fassung: https://korrektur.de/arbeitszeugnis-werkstudent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