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 w:after="440"/>
        <w:pBdr>
          <w:bottom w:val="single" w:sz="18" w:space="10" w:color="00A85A"/>
        </w:pBdr>
      </w:pPr>
      <w:r>
        <w:drawing>
          <wp:inline xmlns:a="http://schemas.openxmlformats.org/drawingml/2006/main" xmlns:pic="http://schemas.openxmlformats.org/drawingml/2006/picture">
            <wp:extent cx="1562100" cy="304800"/>
            <wp:docPr id="1" name="Picture 1"/>
            <wp:cNvGraphicFramePr>
              <a:graphicFrameLocks noChangeAspect="1"/>
            </wp:cNvGraphicFramePr>
            <a:graphic>
              <a:graphicData uri="http://schemas.openxmlformats.org/drawingml/2006/picture">
                <pic:pic>
                  <pic:nvPicPr>
                    <pic:cNvPr id="0" name="korrektur-wortmarke-vorlagen.png"/>
                    <pic:cNvPicPr/>
                  </pic:nvPicPr>
                  <pic:blipFill>
                    <a:blip r:embed="rId10"/>
                    <a:stretch>
                      <a:fillRect/>
                    </a:stretch>
                  </pic:blipFill>
                  <pic:spPr>
                    <a:xfrm>
                      <a:off x="0" y="0"/>
                      <a:ext cx="1562100" cy="304800"/>
                    </a:xfrm>
                    <a:prstGeom prst="rect"/>
                  </pic:spPr>
                </pic:pic>
              </a:graphicData>
            </a:graphic>
          </wp:inline>
        </w:drawing>
      </w:r>
    </w:p>
    <w:p>
      <w:pPr>
        <w:spacing w:before="80" w:after="180" w:line="276" w:lineRule="auto"/>
      </w:pPr>
      <w:r>
        <w:rPr>
          <w:rFonts w:ascii="Arial" w:hAnsi="Arial"/>
          <w:b/>
          <w:i w:val="0"/>
          <w:color w:val="006B46"/>
          <w:sz w:val="17"/>
        </w:rPr>
        <w:t>VORLAGE ZUM FREIEN GEBRAUCH</w:t>
      </w:r>
    </w:p>
    <w:p>
      <w:pPr>
        <w:spacing w:before="0" w:after="280" w:line="252" w:lineRule="auto"/>
      </w:pPr>
      <w:r>
        <w:rPr>
          <w:rFonts w:ascii="Arial" w:hAnsi="Arial"/>
          <w:b/>
          <w:i w:val="0"/>
          <w:color w:val="111111"/>
          <w:sz w:val="38"/>
        </w:rPr>
        <w:t>Referat: Ablaufplan, Sprechzettel und Plakatplan</w:t>
      </w:r>
    </w:p>
    <w:p>
      <w:pPr>
        <w:spacing w:before="0" w:after="160" w:line="276" w:lineRule="auto"/>
      </w:pPr>
      <w:r>
        <w:rPr>
          <w:rFonts w:ascii="Arial" w:hAnsi="Arial"/>
          <w:b w:val="0"/>
          <w:i w:val="0"/>
          <w:color w:val="111111"/>
          <w:sz w:val="22"/>
        </w:rPr>
        <w:t>Ab Seite 2 stehen ein Ablaufplan mit Minuten und Medien, ein Sprechzettel mit Stichworten je Teil und ein Plakatplan mit festen Feldern. So bereitest du ein Referat vor, ohne den Text abzulesen und ohne das Plakat vollzuschreiben.</w:t>
      </w:r>
    </w:p>
    <w:p>
      <w:pPr>
        <w:spacing w:before="280" w:after="120" w:line="276" w:lineRule="auto"/>
      </w:pPr>
      <w:r>
        <w:rPr>
          <w:rFonts w:ascii="Arial" w:hAnsi="Arial"/>
          <w:b/>
          <w:i w:val="0"/>
          <w:color w:val="111111"/>
          <w:sz w:val="24"/>
        </w:rPr>
        <w:t>So arbeitest du damit</w:t>
      </w:r>
    </w:p>
    <w:p>
      <w:pPr>
        <w:spacing w:before="0" w:after="80" w:line="276" w:lineRule="auto"/>
        <w:ind w:left="425" w:hanging="425"/>
      </w:pPr>
      <w:r>
        <w:rPr>
          <w:rFonts w:ascii="Arial" w:hAnsi="Arial"/>
          <w:b/>
          <w:color w:val="006B46"/>
        </w:rPr>
        <w:t xml:space="preserve">1.  </w:t>
      </w:r>
      <w:r>
        <w:rPr>
          <w:rFonts w:ascii="Arial" w:hAnsi="Arial"/>
          <w:sz w:val="22"/>
        </w:rPr>
        <w:t>Lösche diese Seite. Sie gehört nicht in die Abgabe.</w:t>
      </w:r>
    </w:p>
    <w:p>
      <w:pPr>
        <w:spacing w:before="0" w:after="80" w:line="276" w:lineRule="auto"/>
        <w:ind w:left="425" w:hanging="425"/>
      </w:pPr>
      <w:r>
        <w:rPr>
          <w:rFonts w:ascii="Arial" w:hAnsi="Arial"/>
          <w:b/>
          <w:color w:val="006B46"/>
        </w:rPr>
        <w:t xml:space="preserve">2.  </w:t>
      </w:r>
      <w:r>
        <w:rPr>
          <w:rFonts w:ascii="Arial" w:hAnsi="Arial"/>
          <w:sz w:val="22"/>
        </w:rPr>
        <w:t>Füll zuerst den Ablaufplan aus und teil deine Zeit auf die Teile auf, bevor du Stichworte schreibst.</w:t>
      </w:r>
    </w:p>
    <w:p>
      <w:pPr>
        <w:spacing w:before="0" w:after="80" w:line="276" w:lineRule="auto"/>
        <w:ind w:left="425" w:hanging="425"/>
      </w:pPr>
      <w:r>
        <w:rPr>
          <w:rFonts w:ascii="Arial" w:hAnsi="Arial"/>
          <w:b/>
          <w:color w:val="006B46"/>
        </w:rPr>
        <w:t xml:space="preserve">3.  </w:t>
      </w:r>
      <w:r>
        <w:rPr>
          <w:rFonts w:ascii="Arial" w:hAnsi="Arial"/>
          <w:sz w:val="22"/>
        </w:rPr>
        <w:t>Schreib auf dem Sprechzettel nur Stichworte, keine Sätze. Ganze Sätze verleiten zum Ablesen.</w:t>
      </w:r>
    </w:p>
    <w:p>
      <w:pPr>
        <w:spacing w:before="0" w:after="80" w:line="276" w:lineRule="auto"/>
        <w:ind w:left="425" w:hanging="425"/>
      </w:pPr>
      <w:r>
        <w:rPr>
          <w:rFonts w:ascii="Arial" w:hAnsi="Arial"/>
          <w:b/>
          <w:color w:val="006B46"/>
        </w:rPr>
        <w:t xml:space="preserve">4.  </w:t>
      </w:r>
      <w:r>
        <w:rPr>
          <w:rFonts w:ascii="Arial" w:hAnsi="Arial"/>
          <w:sz w:val="22"/>
        </w:rPr>
        <w:t>Plan Übergangssätze zwischen den Teilen ein, sonst wirkt der Vortrag wie einzelne Blöcke ohne Zusammenhang.</w:t>
      </w:r>
    </w:p>
    <w:p>
      <w:pPr>
        <w:spacing w:before="0" w:after="80" w:line="276" w:lineRule="auto"/>
        <w:ind w:left="425" w:hanging="425"/>
      </w:pPr>
      <w:r>
        <w:rPr>
          <w:rFonts w:ascii="Arial" w:hAnsi="Arial"/>
          <w:b/>
          <w:color w:val="006B46"/>
        </w:rPr>
        <w:t xml:space="preserve">5.  </w:t>
      </w:r>
      <w:r>
        <w:rPr>
          <w:rFonts w:ascii="Arial" w:hAnsi="Arial"/>
          <w:sz w:val="22"/>
        </w:rPr>
        <w:t>Füll den Plakatplan erst am Ende aus, wenn Inhalt und Reihenfolge feststehen.</w:t>
      </w:r>
    </w:p>
    <w:p>
      <w:pPr>
        <w:spacing w:before="280" w:after="120" w:line="276" w:lineRule="auto"/>
      </w:pPr>
      <w:r>
        <w:rPr>
          <w:rFonts w:ascii="Arial" w:hAnsi="Arial"/>
          <w:b/>
          <w:i w:val="0"/>
          <w:color w:val="111111"/>
          <w:sz w:val="24"/>
        </w:rPr>
        <w:t>Fehler bei Referaten</w:t>
      </w:r>
    </w:p>
    <w:p>
      <w:pPr>
        <w:spacing w:before="0" w:after="80" w:line="276" w:lineRule="auto"/>
        <w:ind w:left="340" w:hanging="340"/>
      </w:pPr>
      <w:r>
        <w:rPr>
          <w:color w:val="00A85A"/>
        </w:rPr>
        <w:t xml:space="preserve">▪  </w:t>
      </w:r>
      <w:r>
        <w:rPr>
          <w:rFonts w:ascii="Arial" w:hAnsi="Arial"/>
          <w:sz w:val="22"/>
        </w:rPr>
        <w:t>Der Text wird abgelesen statt frei vorgetragen.</w:t>
      </w:r>
    </w:p>
    <w:p>
      <w:pPr>
        <w:spacing w:before="0" w:after="80" w:line="276" w:lineRule="auto"/>
        <w:ind w:left="340" w:hanging="340"/>
      </w:pPr>
      <w:r>
        <w:rPr>
          <w:color w:val="00A85A"/>
        </w:rPr>
        <w:t xml:space="preserve">▪  </w:t>
      </w:r>
      <w:r>
        <w:rPr>
          <w:rFonts w:ascii="Arial" w:hAnsi="Arial"/>
          <w:sz w:val="22"/>
        </w:rPr>
        <w:t>Folie oder Plakat sind vollgeschrieben, dadurch liest das Publikum mit statt zuzuhören.</w:t>
      </w:r>
    </w:p>
    <w:p>
      <w:pPr>
        <w:spacing w:before="0" w:after="80" w:line="276" w:lineRule="auto"/>
        <w:ind w:left="340" w:hanging="340"/>
      </w:pPr>
      <w:r>
        <w:rPr>
          <w:color w:val="00A85A"/>
        </w:rPr>
        <w:t xml:space="preserve">▪  </w:t>
      </w:r>
      <w:r>
        <w:rPr>
          <w:rFonts w:ascii="Arial" w:hAnsi="Arial"/>
          <w:sz w:val="22"/>
        </w:rPr>
        <w:t>Es gibt keine Leitfrage, dadurch wirkt der Vortrag wie eine Aneinanderreihung von Fakten.</w:t>
      </w:r>
    </w:p>
    <w:p>
      <w:pPr>
        <w:spacing w:before="0" w:after="80" w:line="276" w:lineRule="auto"/>
        <w:ind w:left="340" w:hanging="340"/>
      </w:pPr>
      <w:r>
        <w:rPr>
          <w:color w:val="00A85A"/>
        </w:rPr>
        <w:t xml:space="preserve">▪  </w:t>
      </w:r>
      <w:r>
        <w:rPr>
          <w:rFonts w:ascii="Arial" w:hAnsi="Arial"/>
          <w:sz w:val="22"/>
        </w:rPr>
        <w:t>Die Zeit wird überzogen, dadurch fehlt am Ende die Zeit für Fazit und Fragerunde.</w:t>
      </w:r>
    </w:p>
    <w:p>
      <w:pPr>
        <w:spacing w:before="0" w:after="80" w:line="276" w:lineRule="auto"/>
        <w:ind w:left="340" w:hanging="340"/>
      </w:pPr>
      <w:r>
        <w:rPr>
          <w:color w:val="00A85A"/>
        </w:rPr>
        <w:t xml:space="preserve">▪  </w:t>
      </w:r>
      <w:r>
        <w:rPr>
          <w:rFonts w:ascii="Arial" w:hAnsi="Arial"/>
          <w:sz w:val="22"/>
        </w:rPr>
        <w:t>Quellen fehlen, dadurch lässt sich keine Aussage belegen.</w:t>
      </w:r>
    </w:p>
    <w:tbl>
      <w:tblPr>
        <w:tblW w:type="auto" w:w="0"/>
        <w:jc w:val="left"/>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006B46"/>
                <w:sz w:val="21"/>
              </w:rPr>
              <w:t>Vor dem Abschluss geprüft</w:t>
            </w:r>
          </w:p>
          <w:p>
            <w:pPr>
              <w:spacing w:after="40"/>
            </w:pPr>
            <w:r>
              <w:rPr>
                <w:rFonts w:ascii="Arial" w:hAnsi="Arial"/>
                <w:color w:val="111111"/>
                <w:sz w:val="20"/>
              </w:rPr>
              <w:t>Ablaufplan mit Minuten je Teil ausgefüllt</w:t>
            </w:r>
          </w:p>
          <w:p>
            <w:pPr>
              <w:spacing w:after="40"/>
            </w:pPr>
            <w:r>
              <w:rPr>
                <w:rFonts w:ascii="Arial" w:hAnsi="Arial"/>
                <w:color w:val="111111"/>
                <w:sz w:val="20"/>
              </w:rPr>
              <w:t>Sprechzettel nur mit Stichworten</w:t>
            </w:r>
          </w:p>
          <w:p>
            <w:pPr>
              <w:spacing w:after="40"/>
            </w:pPr>
            <w:r>
              <w:rPr>
                <w:rFonts w:ascii="Arial" w:hAnsi="Arial"/>
                <w:color w:val="111111"/>
                <w:sz w:val="20"/>
              </w:rPr>
              <w:t>Übergangssätze zwischen den Teilen notiert</w:t>
            </w:r>
          </w:p>
          <w:p>
            <w:pPr>
              <w:spacing w:after="40"/>
            </w:pPr>
            <w:r>
              <w:rPr>
                <w:rFonts w:ascii="Arial" w:hAnsi="Arial"/>
                <w:color w:val="111111"/>
                <w:sz w:val="20"/>
              </w:rPr>
              <w:t>Plakat mit allen Pflichtfeldern</w:t>
            </w:r>
          </w:p>
          <w:p>
            <w:pPr>
              <w:spacing w:after="160"/>
            </w:pPr>
            <w:r>
              <w:rPr>
                <w:rFonts w:ascii="Arial" w:hAnsi="Arial"/>
                <w:color w:val="111111"/>
                <w:sz w:val="20"/>
              </w:rPr>
              <w:t>Quellen auf Plakat und Sprechzettel vermerkt</w:t>
            </w:r>
          </w:p>
        </w:tc>
      </w:tr>
    </w:tbl>
    <w:p>
      <w:pPr>
        <w:spacing w:before="0" w:after="180" w:line="20" w:lineRule="exact"/>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111111"/>
                <w:sz w:val="22"/>
              </w:rPr>
              <w:t>Wenn das Referat steht</w:t>
            </w:r>
          </w:p>
          <w:p>
            <w:pPr>
              <w:spacing w:after="120"/>
            </w:pPr>
            <w:r>
              <w:rPr>
                <w:rFonts w:ascii="Arial" w:hAnsi="Arial"/>
                <w:sz w:val="20"/>
              </w:rPr>
              <w:t xml:space="preserve">Handout und Plakat lesen wir vorher gegen: </w:t>
            </w:r>
            <w:hyperlink r:id="rId11">
              <w:r>
                <w:rPr>
                  <w:rFonts w:ascii="Arial" w:hAnsi="Arial"/>
                  <w:color w:val="006B46"/>
                  <w:b/>
                  <w:u w:val="single"/>
                </w:rPr>
                <w:t>korrektur.de</w:t>
              </w:r>
            </w:hyperlink>
          </w:p>
        </w:tc>
      </w:tr>
    </w:tbl>
    <w:p>
      <w:pPr>
        <w:spacing w:before="40" w:after="80" w:line="276" w:lineRule="auto"/>
      </w:pPr>
      <w:r>
        <w:rPr>
          <w:rFonts w:ascii="Arial" w:hAnsi="Arial"/>
          <w:b w:val="0"/>
          <w:i w:val="0"/>
          <w:color w:val="555555"/>
          <w:sz w:val="18"/>
        </w:rPr>
        <w:t>Diese Vorlage darfst du frei nutzen, anpassen und weitergeben. Erstellt von korrektur.de. Stand: September 2026.</w:t>
      </w:r>
    </w:p>
    <w:p>
      <w:pPr>
        <w:sectPr>
          <w:footerReference w:type="default" r:id="rId9"/>
          <w:pgSz w:w="11906" w:h="16838"/>
          <w:pgMar w:top="1020" w:right="1134" w:bottom="1020" w:left="1134" w:header="720" w:footer="720" w:gutter="0"/>
          <w:cols w:space="720"/>
          <w:docGrid w:linePitch="360"/>
          <w:pgNumType w:fmt="decimal" w:start="1"/>
        </w:sectPr>
      </w:pPr>
    </w:p>
    <w:p>
      <w:pPr>
        <w:spacing w:before="0" w:after="200" w:line="276" w:lineRule="auto"/>
      </w:pPr>
      <w:r>
        <w:rPr>
          <w:rFonts w:ascii="Arial" w:hAnsi="Arial"/>
          <w:b/>
          <w:i w:val="0"/>
          <w:color w:val="111111"/>
          <w:sz w:val="32"/>
        </w:rPr>
        <w:t>Ablaufplan</w:t>
      </w:r>
    </w:p>
    <w:tbl>
      <w:tblPr>
        <w:tblW w:type="auto" w:w="0"/>
        <w:jc w:val="left"/>
        <w:tblLayout w:type="fixed"/>
        <w:tblLook w:firstColumn="1" w:firstRow="1" w:lastColumn="0" w:lastRow="0" w:noHBand="0" w:noVBand="1" w:val="04A0"/>
        <w:tblLayout w:type="fixed"/>
        <w:tblBorders>
          <w:top w:val="none" w:sz="0"/>
          <w:left w:val="none" w:sz="0"/>
          <w:bottom w:val="none" w:sz="0"/>
          <w:right w:val="none" w:sz="0"/>
          <w:insideH w:val="none" w:sz="0"/>
          <w:insideV w:val="none" w:sz="0"/>
        </w:tblBorders>
      </w:tblPr>
      <w:tblGrid>
        <w:gridCol w:w="2494"/>
        <w:gridCol w:w="6294"/>
      </w:tblGrid>
      <w:tr>
        <w:tc>
          <w:tcPr>
            <w:tcW w:type="dxa" w:w="2494"/>
            <w:tcMar>
              <w:left w:w="0" w:type="dxa"/>
              <w:right w:w="170" w:type="dxa"/>
            </w:tcMar>
          </w:tcPr>
          <w:p>
            <w:pPr>
              <w:spacing w:after="80"/>
            </w:pPr>
            <w:r>
              <w:rPr>
                <w:rFonts w:ascii="Arial" w:hAnsi="Arial"/>
                <w:color w:val="555555"/>
                <w:sz w:val="21"/>
              </w:rPr>
              <w:t>Thema</w:t>
            </w:r>
          </w:p>
        </w:tc>
        <w:tc>
          <w:tcPr>
            <w:tcW w:type="dxa" w:w="6294"/>
            <w:tcMar>
              <w:left w:w="0" w:type="dxa"/>
              <w:right w:w="170" w:type="dxa"/>
            </w:tcMar>
          </w:tcPr>
          <w:p>
            <w:pPr>
              <w:spacing w:after="80"/>
            </w:pPr>
            <w:r>
              <w:rPr>
                <w:rFonts w:ascii="Arial" w:hAnsi="Arial"/>
                <w:b w:val="0"/>
                <w:color w:val="111111"/>
                <w:sz w:val="22"/>
              </w:rPr>
              <w:t>[Thema des Referats]</w:t>
            </w:r>
          </w:p>
        </w:tc>
      </w:tr>
      <w:tr>
        <w:tc>
          <w:tcPr>
            <w:tcW w:type="dxa" w:w="2494"/>
            <w:tcMar>
              <w:left w:w="0" w:type="dxa"/>
              <w:right w:w="170" w:type="dxa"/>
            </w:tcMar>
          </w:tcPr>
          <w:p>
            <w:pPr>
              <w:spacing w:after="80"/>
            </w:pPr>
            <w:r>
              <w:rPr>
                <w:rFonts w:ascii="Arial" w:hAnsi="Arial"/>
                <w:color w:val="555555"/>
                <w:sz w:val="21"/>
              </w:rPr>
              <w:t>Fach und Klasse oder Kurs</w:t>
            </w:r>
          </w:p>
        </w:tc>
        <w:tc>
          <w:tcPr>
            <w:tcW w:type="dxa" w:w="6294"/>
            <w:tcMar>
              <w:left w:w="0" w:type="dxa"/>
              <w:right w:w="170" w:type="dxa"/>
            </w:tcMar>
          </w:tcPr>
          <w:p>
            <w:pPr>
              <w:spacing w:after="80"/>
            </w:pPr>
            <w:r>
              <w:rPr>
                <w:rFonts w:ascii="Arial" w:hAnsi="Arial"/>
                <w:b w:val="0"/>
                <w:color w:val="111111"/>
                <w:sz w:val="22"/>
              </w:rPr>
              <w:t>[Fach, Klasse oder Kurs]</w:t>
            </w:r>
          </w:p>
        </w:tc>
      </w:tr>
      <w:tr>
        <w:tc>
          <w:tcPr>
            <w:tcW w:type="dxa" w:w="2494"/>
            <w:tcMar>
              <w:left w:w="0" w:type="dxa"/>
              <w:right w:w="170" w:type="dxa"/>
            </w:tcMar>
          </w:tcPr>
          <w:p>
            <w:pPr>
              <w:spacing w:after="80"/>
            </w:pPr>
            <w:r>
              <w:rPr>
                <w:rFonts w:ascii="Arial" w:hAnsi="Arial"/>
                <w:color w:val="555555"/>
                <w:sz w:val="21"/>
              </w:rPr>
              <w:t>Datum</w:t>
            </w:r>
          </w:p>
        </w:tc>
        <w:tc>
          <w:tcPr>
            <w:tcW w:type="dxa" w:w="6294"/>
            <w:tcMar>
              <w:left w:w="0" w:type="dxa"/>
              <w:right w:w="170" w:type="dxa"/>
            </w:tcMar>
          </w:tcPr>
          <w:p>
            <w:pPr>
              <w:spacing w:after="80"/>
            </w:pPr>
            <w:r>
              <w:rPr>
                <w:rFonts w:ascii="Arial" w:hAnsi="Arial"/>
                <w:b w:val="0"/>
                <w:color w:val="111111"/>
                <w:sz w:val="22"/>
              </w:rPr>
              <w:t>[TT.MM.JJJJ]</w:t>
            </w:r>
          </w:p>
        </w:tc>
      </w:tr>
      <w:tr>
        <w:tc>
          <w:tcPr>
            <w:tcW w:type="dxa" w:w="2494"/>
            <w:tcMar>
              <w:left w:w="0" w:type="dxa"/>
              <w:right w:w="170" w:type="dxa"/>
            </w:tcMar>
          </w:tcPr>
          <w:p>
            <w:pPr>
              <w:spacing w:after="80"/>
            </w:pPr>
            <w:r>
              <w:rPr>
                <w:rFonts w:ascii="Arial" w:hAnsi="Arial"/>
                <w:color w:val="555555"/>
                <w:sz w:val="21"/>
              </w:rPr>
              <w:t>Dauer in Minuten</w:t>
            </w:r>
          </w:p>
        </w:tc>
        <w:tc>
          <w:tcPr>
            <w:tcW w:type="dxa" w:w="6294"/>
            <w:tcMar>
              <w:left w:w="0" w:type="dxa"/>
              <w:right w:w="170" w:type="dxa"/>
            </w:tcMar>
          </w:tcPr>
          <w:p>
            <w:pPr>
              <w:spacing w:after="80"/>
            </w:pPr>
            <w:r>
              <w:rPr>
                <w:rFonts w:ascii="Arial" w:hAnsi="Arial"/>
                <w:b w:val="0"/>
                <w:color w:val="111111"/>
                <w:sz w:val="22"/>
              </w:rPr>
              <w:t>[Minuten]</w:t>
            </w:r>
          </w:p>
        </w:tc>
      </w:tr>
      <w:tr>
        <w:tc>
          <w:tcPr>
            <w:tcW w:type="dxa" w:w="2494"/>
            <w:tcMar>
              <w:left w:w="0" w:type="dxa"/>
              <w:right w:w="170" w:type="dxa"/>
            </w:tcMar>
          </w:tcPr>
          <w:p>
            <w:pPr>
              <w:spacing w:after="80"/>
            </w:pPr>
            <w:r>
              <w:rPr>
                <w:rFonts w:ascii="Arial" w:hAnsi="Arial"/>
                <w:color w:val="555555"/>
                <w:sz w:val="21"/>
              </w:rPr>
              <w:t>Referent/in</w:t>
            </w:r>
          </w:p>
        </w:tc>
        <w:tc>
          <w:tcPr>
            <w:tcW w:type="dxa" w:w="6294"/>
            <w:tcMar>
              <w:left w:w="0" w:type="dxa"/>
              <w:right w:w="170" w:type="dxa"/>
            </w:tcMar>
          </w:tcPr>
          <w:p>
            <w:pPr>
              <w:spacing w:after="80"/>
            </w:pPr>
            <w:r>
              <w:rPr>
                <w:rFonts w:ascii="Arial" w:hAnsi="Arial"/>
                <w:b w:val="0"/>
                <w:color w:val="111111"/>
                <w:sz w:val="22"/>
              </w:rPr>
              <w:t>[Vorname Nachname]</w:t>
            </w:r>
          </w:p>
        </w:tc>
      </w:tr>
      <w:tr>
        <w:tc>
          <w:tcPr>
            <w:tcW w:type="dxa" w:w="2494"/>
            <w:tcMar>
              <w:left w:w="0" w:type="dxa"/>
              <w:right w:w="170" w:type="dxa"/>
            </w:tcMar>
          </w:tcPr>
          <w:p>
            <w:pPr>
              <w:spacing w:after="80"/>
            </w:pPr>
            <w:r>
              <w:rPr>
                <w:rFonts w:ascii="Arial" w:hAnsi="Arial"/>
                <w:color w:val="555555"/>
                <w:sz w:val="21"/>
              </w:rPr>
              <w:t>Leitfrage</w:t>
            </w:r>
          </w:p>
        </w:tc>
        <w:tc>
          <w:tcPr>
            <w:tcW w:type="dxa" w:w="6294"/>
            <w:tcMar>
              <w:left w:w="0" w:type="dxa"/>
              <w:right w:w="170" w:type="dxa"/>
            </w:tcMar>
          </w:tcPr>
          <w:p>
            <w:pPr>
              <w:spacing w:after="80"/>
            </w:pPr>
            <w:r>
              <w:rPr>
                <w:rFonts w:ascii="Arial" w:hAnsi="Arial"/>
                <w:b w:val="0"/>
                <w:color w:val="111111"/>
                <w:sz w:val="22"/>
              </w:rPr>
              <w:t>[Eine Frage, die das Referat beantwortet]</w:t>
            </w:r>
          </w:p>
        </w:tc>
      </w:tr>
    </w:tbl>
    <w:p>
      <w:pPr>
        <w:spacing w:before="0" w:after="0" w:line="276" w:lineRule="auto"/>
      </w:pPr>
    </w:p>
    <w:p>
      <w:pPr>
        <w:spacing w:before="0" w:after="140" w:line="20" w:lineRule="exact"/>
      </w:pPr>
    </w:p>
    <w:p>
      <w:pPr>
        <w:keepNext/>
        <w:spacing w:before="260" w:after="80" w:line="276" w:lineRule="auto"/>
        <w:pBdr>
          <w:bottom w:val="single" w:sz="6" w:space="4" w:color="AAAAAA"/>
        </w:pBdr>
      </w:pPr>
      <w:r>
        <w:rPr>
          <w:rFonts w:ascii="Arial" w:hAnsi="Arial"/>
          <w:b/>
          <w:i w:val="0"/>
          <w:color w:val="111111"/>
          <w:sz w:val="21"/>
        </w:rPr>
        <w:t>ABLAUF</w:t>
      </w:r>
    </w:p>
    <w:tbl>
      <w:tblPr>
        <w:tblW w:type="auto" w:w="0"/>
        <w:jc w:val="left"/>
        <w:tblLayout w:type="fixed"/>
        <w:tblLook w:firstColumn="1" w:firstRow="1" w:lastColumn="0" w:lastRow="0" w:noHBand="0" w:noVBand="1" w:val="04A0"/>
        <w:tblLayout w:type="fixed"/>
        <w:tblBorders>
          <w:top w:val="none" w:sz="0"/>
          <w:left w:val="none" w:sz="0"/>
          <w:bottom w:val="none" w:sz="0"/>
          <w:right w:val="none" w:sz="0"/>
          <w:insideH w:val="none" w:sz="0"/>
          <w:insideV w:val="none" w:sz="0"/>
        </w:tblBorders>
      </w:tblPr>
      <w:tblGrid>
        <w:gridCol w:w="1247"/>
        <w:gridCol w:w="7541"/>
      </w:tblGrid>
      <w:tr>
        <w:tc>
          <w:tcPr>
            <w:tcW w:type="dxa" w:w="1247"/>
            <w:tcMar>
              <w:left w:w="0" w:type="dxa"/>
              <w:right w:w="170" w:type="dxa"/>
            </w:tcMar>
          </w:tcPr>
          <w:p>
            <w:pPr>
              <w:spacing w:after="80"/>
            </w:pPr>
            <w:r>
              <w:rPr>
                <w:rFonts w:ascii="Arial" w:hAnsi="Arial"/>
                <w:color w:val="555555"/>
                <w:sz w:val="21"/>
              </w:rPr>
              <w:t>Minute</w:t>
            </w:r>
          </w:p>
        </w:tc>
        <w:tc>
          <w:tcPr>
            <w:tcW w:type="dxa" w:w="7541"/>
            <w:tcMar>
              <w:left w:w="0" w:type="dxa"/>
              <w:right w:w="170" w:type="dxa"/>
            </w:tcMar>
          </w:tcPr>
          <w:p>
            <w:pPr>
              <w:spacing w:after="80"/>
            </w:pPr>
            <w:r>
              <w:rPr>
                <w:rFonts w:ascii="Arial" w:hAnsi="Arial"/>
                <w:b/>
                <w:color w:val="111111"/>
                <w:sz w:val="22"/>
              </w:rPr>
              <w:t>Teil, Inhalt und Medium</w:t>
            </w:r>
          </w:p>
        </w:tc>
      </w:tr>
      <w:tr>
        <w:tc>
          <w:tcPr>
            <w:tcW w:type="dxa" w:w="1247"/>
            <w:tcMar>
              <w:left w:w="0" w:type="dxa"/>
              <w:right w:w="170" w:type="dxa"/>
            </w:tcMar>
          </w:tcPr>
          <w:p>
            <w:pPr>
              <w:spacing w:after="80"/>
            </w:pPr>
            <w:r>
              <w:rPr>
                <w:rFonts w:ascii="Arial" w:hAnsi="Arial"/>
                <w:color w:val="555555"/>
                <w:sz w:val="21"/>
              </w:rPr>
              <w:t>0 bis 2</w:t>
            </w:r>
          </w:p>
        </w:tc>
        <w:tc>
          <w:tcPr>
            <w:tcW w:type="dxa" w:w="7541"/>
            <w:tcMar>
              <w:left w:w="0" w:type="dxa"/>
              <w:right w:w="170" w:type="dxa"/>
            </w:tcMar>
          </w:tcPr>
          <w:p>
            <w:pPr>
              <w:spacing w:after="20"/>
            </w:pPr>
            <w:r>
              <w:rPr>
                <w:rFonts w:ascii="Arial" w:hAnsi="Arial"/>
                <w:b/>
                <w:color w:val="111111"/>
                <w:sz w:val="22"/>
              </w:rPr>
              <w:t>Teil: Einstieg</w:t>
            </w:r>
          </w:p>
          <w:p>
            <w:pPr>
              <w:spacing w:after="20"/>
            </w:pPr>
            <w:r>
              <w:rPr>
                <w:rFonts w:ascii="Arial" w:hAnsi="Arial"/>
                <w:b w:val="0"/>
                <w:color w:val="555555"/>
                <w:sz w:val="21"/>
              </w:rPr>
              <w:t>Inhalt: [Aufhänger, Frage oder Beispiel zum Einstieg]</w:t>
            </w:r>
          </w:p>
          <w:p>
            <w:pPr>
              <w:spacing w:after="80"/>
            </w:pPr>
            <w:r>
              <w:rPr>
                <w:rFonts w:ascii="Arial" w:hAnsi="Arial"/>
                <w:b w:val="0"/>
                <w:color w:val="555555"/>
                <w:sz w:val="21"/>
              </w:rPr>
              <w:t>Medium: [ohne, Bild, Gegenstand]</w:t>
            </w:r>
          </w:p>
        </w:tc>
      </w:tr>
      <w:tr>
        <w:tc>
          <w:tcPr>
            <w:tcW w:type="dxa" w:w="1247"/>
            <w:tcMar>
              <w:left w:w="0" w:type="dxa"/>
              <w:right w:w="170" w:type="dxa"/>
            </w:tcMar>
          </w:tcPr>
          <w:p>
            <w:pPr>
              <w:spacing w:after="80"/>
            </w:pPr>
            <w:r>
              <w:rPr>
                <w:rFonts w:ascii="Arial" w:hAnsi="Arial"/>
                <w:color w:val="555555"/>
                <w:sz w:val="21"/>
              </w:rPr>
              <w:t>2 bis 4</w:t>
            </w:r>
          </w:p>
        </w:tc>
        <w:tc>
          <w:tcPr>
            <w:tcW w:type="dxa" w:w="7541"/>
            <w:tcMar>
              <w:left w:w="0" w:type="dxa"/>
              <w:right w:w="170" w:type="dxa"/>
            </w:tcMar>
          </w:tcPr>
          <w:p>
            <w:pPr>
              <w:spacing w:after="20"/>
            </w:pPr>
            <w:r>
              <w:rPr>
                <w:rFonts w:ascii="Arial" w:hAnsi="Arial"/>
                <w:b/>
                <w:color w:val="111111"/>
                <w:sz w:val="22"/>
              </w:rPr>
              <w:t>Teil: Überblick</w:t>
            </w:r>
          </w:p>
          <w:p>
            <w:pPr>
              <w:spacing w:after="20"/>
            </w:pPr>
            <w:r>
              <w:rPr>
                <w:rFonts w:ascii="Arial" w:hAnsi="Arial"/>
                <w:b w:val="0"/>
                <w:color w:val="555555"/>
                <w:sz w:val="21"/>
              </w:rPr>
              <w:t>Inhalt: [Leitfrage und Gliederung des Vortrags]</w:t>
            </w:r>
          </w:p>
          <w:p>
            <w:pPr>
              <w:spacing w:after="80"/>
            </w:pPr>
            <w:r>
              <w:rPr>
                <w:rFonts w:ascii="Arial" w:hAnsi="Arial"/>
                <w:b w:val="0"/>
                <w:color w:val="555555"/>
                <w:sz w:val="21"/>
              </w:rPr>
              <w:t>Medium: [Folie, Plakat]</w:t>
            </w:r>
          </w:p>
        </w:tc>
      </w:tr>
      <w:tr>
        <w:tc>
          <w:tcPr>
            <w:tcW w:type="dxa" w:w="1247"/>
            <w:tcMar>
              <w:left w:w="0" w:type="dxa"/>
              <w:right w:w="170" w:type="dxa"/>
            </w:tcMar>
          </w:tcPr>
          <w:p>
            <w:pPr>
              <w:spacing w:after="80"/>
            </w:pPr>
            <w:r>
              <w:rPr>
                <w:rFonts w:ascii="Arial" w:hAnsi="Arial"/>
                <w:color w:val="555555"/>
                <w:sz w:val="21"/>
              </w:rPr>
              <w:t>4 bis 9</w:t>
            </w:r>
          </w:p>
        </w:tc>
        <w:tc>
          <w:tcPr>
            <w:tcW w:type="dxa" w:w="7541"/>
            <w:tcMar>
              <w:left w:w="0" w:type="dxa"/>
              <w:right w:w="170" w:type="dxa"/>
            </w:tcMar>
          </w:tcPr>
          <w:p>
            <w:pPr>
              <w:spacing w:after="20"/>
            </w:pPr>
            <w:r>
              <w:rPr>
                <w:rFonts w:ascii="Arial" w:hAnsi="Arial"/>
                <w:b/>
                <w:color w:val="111111"/>
                <w:sz w:val="22"/>
              </w:rPr>
              <w:t>Teil: Hauptteil 1</w:t>
            </w:r>
          </w:p>
          <w:p>
            <w:pPr>
              <w:spacing w:after="20"/>
            </w:pPr>
            <w:r>
              <w:rPr>
                <w:rFonts w:ascii="Arial" w:hAnsi="Arial"/>
                <w:b w:val="0"/>
                <w:color w:val="555555"/>
                <w:sz w:val="21"/>
              </w:rPr>
              <w:t>Inhalt: [erster inhaltlicher Baustein]</w:t>
            </w:r>
          </w:p>
          <w:p>
            <w:pPr>
              <w:spacing w:after="80"/>
            </w:pPr>
            <w:r>
              <w:rPr>
                <w:rFonts w:ascii="Arial" w:hAnsi="Arial"/>
                <w:b w:val="0"/>
                <w:color w:val="555555"/>
                <w:sz w:val="21"/>
              </w:rPr>
              <w:t>Medium: [Folie, Plakat, Tafel]</w:t>
            </w:r>
          </w:p>
        </w:tc>
      </w:tr>
      <w:tr>
        <w:tc>
          <w:tcPr>
            <w:tcW w:type="dxa" w:w="1247"/>
            <w:tcMar>
              <w:left w:w="0" w:type="dxa"/>
              <w:right w:w="170" w:type="dxa"/>
            </w:tcMar>
          </w:tcPr>
          <w:p>
            <w:pPr>
              <w:spacing w:after="80"/>
            </w:pPr>
            <w:r>
              <w:rPr>
                <w:rFonts w:ascii="Arial" w:hAnsi="Arial"/>
                <w:color w:val="555555"/>
                <w:sz w:val="21"/>
              </w:rPr>
              <w:t>9 bis 14</w:t>
            </w:r>
          </w:p>
        </w:tc>
        <w:tc>
          <w:tcPr>
            <w:tcW w:type="dxa" w:w="7541"/>
            <w:tcMar>
              <w:left w:w="0" w:type="dxa"/>
              <w:right w:w="170" w:type="dxa"/>
            </w:tcMar>
          </w:tcPr>
          <w:p>
            <w:pPr>
              <w:spacing w:after="20"/>
            </w:pPr>
            <w:r>
              <w:rPr>
                <w:rFonts w:ascii="Arial" w:hAnsi="Arial"/>
                <w:b/>
                <w:color w:val="111111"/>
                <w:sz w:val="22"/>
              </w:rPr>
              <w:t>Teil: Hauptteil 2</w:t>
            </w:r>
          </w:p>
          <w:p>
            <w:pPr>
              <w:spacing w:after="20"/>
            </w:pPr>
            <w:r>
              <w:rPr>
                <w:rFonts w:ascii="Arial" w:hAnsi="Arial"/>
                <w:b w:val="0"/>
                <w:color w:val="555555"/>
                <w:sz w:val="21"/>
              </w:rPr>
              <w:t>Inhalt: [zweiter inhaltlicher Baustein]</w:t>
            </w:r>
          </w:p>
          <w:p>
            <w:pPr>
              <w:spacing w:after="80"/>
            </w:pPr>
            <w:r>
              <w:rPr>
                <w:rFonts w:ascii="Arial" w:hAnsi="Arial"/>
                <w:b w:val="0"/>
                <w:color w:val="555555"/>
                <w:sz w:val="21"/>
              </w:rPr>
              <w:t>Medium: [Folie, Plakat, Tafel]</w:t>
            </w:r>
          </w:p>
        </w:tc>
      </w:tr>
      <w:tr>
        <w:tc>
          <w:tcPr>
            <w:tcW w:type="dxa" w:w="1247"/>
            <w:tcMar>
              <w:left w:w="0" w:type="dxa"/>
              <w:right w:w="170" w:type="dxa"/>
            </w:tcMar>
          </w:tcPr>
          <w:p>
            <w:pPr>
              <w:spacing w:after="80"/>
            </w:pPr>
            <w:r>
              <w:rPr>
                <w:rFonts w:ascii="Arial" w:hAnsi="Arial"/>
                <w:color w:val="555555"/>
                <w:sz w:val="21"/>
              </w:rPr>
              <w:t>14 bis 19</w:t>
            </w:r>
          </w:p>
        </w:tc>
        <w:tc>
          <w:tcPr>
            <w:tcW w:type="dxa" w:w="7541"/>
            <w:tcMar>
              <w:left w:w="0" w:type="dxa"/>
              <w:right w:w="170" w:type="dxa"/>
            </w:tcMar>
          </w:tcPr>
          <w:p>
            <w:pPr>
              <w:spacing w:after="20"/>
            </w:pPr>
            <w:r>
              <w:rPr>
                <w:rFonts w:ascii="Arial" w:hAnsi="Arial"/>
                <w:b/>
                <w:color w:val="111111"/>
                <w:sz w:val="22"/>
              </w:rPr>
              <w:t>Teil: Hauptteil 3</w:t>
            </w:r>
          </w:p>
          <w:p>
            <w:pPr>
              <w:spacing w:after="20"/>
            </w:pPr>
            <w:r>
              <w:rPr>
                <w:rFonts w:ascii="Arial" w:hAnsi="Arial"/>
                <w:b w:val="0"/>
                <w:color w:val="555555"/>
                <w:sz w:val="21"/>
              </w:rPr>
              <w:t>Inhalt: [dritter inhaltlicher Baustein]</w:t>
            </w:r>
          </w:p>
          <w:p>
            <w:pPr>
              <w:spacing w:after="80"/>
            </w:pPr>
            <w:r>
              <w:rPr>
                <w:rFonts w:ascii="Arial" w:hAnsi="Arial"/>
                <w:b w:val="0"/>
                <w:color w:val="555555"/>
                <w:sz w:val="21"/>
              </w:rPr>
              <w:t>Medium: [Folie, Plakat, Tafel]</w:t>
            </w:r>
          </w:p>
        </w:tc>
      </w:tr>
      <w:tr>
        <w:tc>
          <w:tcPr>
            <w:tcW w:type="dxa" w:w="1247"/>
            <w:tcMar>
              <w:left w:w="0" w:type="dxa"/>
              <w:right w:w="170" w:type="dxa"/>
            </w:tcMar>
          </w:tcPr>
          <w:p>
            <w:pPr>
              <w:spacing w:after="80"/>
            </w:pPr>
            <w:r>
              <w:rPr>
                <w:rFonts w:ascii="Arial" w:hAnsi="Arial"/>
                <w:color w:val="555555"/>
                <w:sz w:val="21"/>
              </w:rPr>
              <w:t>19 bis 21</w:t>
            </w:r>
          </w:p>
        </w:tc>
        <w:tc>
          <w:tcPr>
            <w:tcW w:type="dxa" w:w="7541"/>
            <w:tcMar>
              <w:left w:w="0" w:type="dxa"/>
              <w:right w:w="170" w:type="dxa"/>
            </w:tcMar>
          </w:tcPr>
          <w:p>
            <w:pPr>
              <w:spacing w:after="20"/>
            </w:pPr>
            <w:r>
              <w:rPr>
                <w:rFonts w:ascii="Arial" w:hAnsi="Arial"/>
                <w:b/>
                <w:color w:val="111111"/>
                <w:sz w:val="22"/>
              </w:rPr>
              <w:t>Teil: Fazit</w:t>
            </w:r>
          </w:p>
          <w:p>
            <w:pPr>
              <w:spacing w:after="20"/>
            </w:pPr>
            <w:r>
              <w:rPr>
                <w:rFonts w:ascii="Arial" w:hAnsi="Arial"/>
                <w:b w:val="0"/>
                <w:color w:val="555555"/>
                <w:sz w:val="21"/>
              </w:rPr>
              <w:t>Inhalt: [Antwort auf die Leitfrage in ein bis zwei Sätzen]</w:t>
            </w:r>
          </w:p>
          <w:p>
            <w:pPr>
              <w:spacing w:after="80"/>
            </w:pPr>
            <w:r>
              <w:rPr>
                <w:rFonts w:ascii="Arial" w:hAnsi="Arial"/>
                <w:b w:val="0"/>
                <w:color w:val="555555"/>
                <w:sz w:val="21"/>
              </w:rPr>
              <w:t>Medium: [ohne, Plakat]</w:t>
            </w:r>
          </w:p>
        </w:tc>
      </w:tr>
      <w:tr>
        <w:tc>
          <w:tcPr>
            <w:tcW w:type="dxa" w:w="1247"/>
            <w:tcMar>
              <w:left w:w="0" w:type="dxa"/>
              <w:right w:w="170" w:type="dxa"/>
            </w:tcMar>
          </w:tcPr>
          <w:p>
            <w:pPr>
              <w:spacing w:after="80"/>
            </w:pPr>
            <w:r>
              <w:rPr>
                <w:rFonts w:ascii="Arial" w:hAnsi="Arial"/>
                <w:color w:val="555555"/>
                <w:sz w:val="21"/>
              </w:rPr>
              <w:t>21 bis 25</w:t>
            </w:r>
          </w:p>
        </w:tc>
        <w:tc>
          <w:tcPr>
            <w:tcW w:type="dxa" w:w="7541"/>
            <w:tcMar>
              <w:left w:w="0" w:type="dxa"/>
              <w:right w:w="170" w:type="dxa"/>
            </w:tcMar>
          </w:tcPr>
          <w:p>
            <w:pPr>
              <w:spacing w:after="20"/>
            </w:pPr>
            <w:r>
              <w:rPr>
                <w:rFonts w:ascii="Arial" w:hAnsi="Arial"/>
                <w:b/>
                <w:color w:val="111111"/>
                <w:sz w:val="22"/>
              </w:rPr>
              <w:t>Teil: Fragerunde</w:t>
            </w:r>
          </w:p>
          <w:p>
            <w:pPr>
              <w:spacing w:after="20"/>
            </w:pPr>
            <w:r>
              <w:rPr>
                <w:rFonts w:ascii="Arial" w:hAnsi="Arial"/>
                <w:b w:val="0"/>
                <w:color w:val="555555"/>
                <w:sz w:val="21"/>
              </w:rPr>
              <w:t>Inhalt: [Zeit für Rückfragen aus dem Publikum]</w:t>
            </w:r>
          </w:p>
          <w:p>
            <w:pPr>
              <w:spacing w:after="80"/>
            </w:pPr>
            <w:r>
              <w:rPr>
                <w:rFonts w:ascii="Arial" w:hAnsi="Arial"/>
                <w:b w:val="0"/>
                <w:color w:val="555555"/>
                <w:sz w:val="21"/>
              </w:rPr>
              <w:t>Medium: [ohne]</w:t>
            </w:r>
          </w:p>
        </w:tc>
      </w:tr>
    </w:tbl>
    <w:p>
      <w:pPr>
        <w:spacing w:before="0" w:after="0" w:line="276" w:lineRule="auto"/>
      </w:pPr>
    </w:p>
    <w:p>
      <w:r>
        <w:br w:type="page"/>
      </w:r>
    </w:p>
    <w:p>
      <w:pPr>
        <w:spacing w:before="0" w:after="200" w:line="276" w:lineRule="auto"/>
      </w:pPr>
      <w:r>
        <w:rPr>
          <w:rFonts w:ascii="Arial" w:hAnsi="Arial"/>
          <w:b/>
          <w:i w:val="0"/>
          <w:color w:val="111111"/>
          <w:sz w:val="32"/>
        </w:rPr>
        <w:t>Sprechzettel</w:t>
      </w:r>
    </w:p>
    <w:p>
      <w:pPr>
        <w:keepNext/>
        <w:spacing w:before="260" w:after="80" w:line="276" w:lineRule="auto"/>
        <w:pBdr>
          <w:bottom w:val="single" w:sz="6" w:space="4" w:color="AAAAAA"/>
        </w:pBdr>
      </w:pPr>
      <w:r>
        <w:rPr>
          <w:rFonts w:ascii="Arial" w:hAnsi="Arial"/>
          <w:b/>
          <w:i w:val="0"/>
          <w:color w:val="111111"/>
          <w:sz w:val="21"/>
        </w:rPr>
        <w:t>EINSTIEG</w:t>
      </w:r>
    </w:p>
    <w:p>
      <w:pPr>
        <w:spacing w:before="0" w:after="200" w:line="360" w:lineRule="auto"/>
      </w:pPr>
      <w:r>
        <w:rPr>
          <w:rFonts w:ascii="Arial" w:hAnsi="Arial"/>
          <w:b w:val="0"/>
          <w:i/>
          <w:color w:val="555555"/>
          <w:sz w:val="22"/>
        </w:rPr>
        <w:t>[Stichworte, keine Sätze: Aufhänger, Frage oder Beispiel]</w:t>
      </w:r>
    </w:p>
    <w:p>
      <w:pPr>
        <w:spacing w:before="0" w:after="200" w:line="360" w:lineRule="auto"/>
      </w:pPr>
      <w:r>
        <w:rPr>
          <w:rFonts w:ascii="Arial" w:hAnsi="Arial"/>
          <w:b w:val="0"/>
          <w:i/>
          <w:color w:val="555555"/>
          <w:sz w:val="22"/>
        </w:rPr>
        <w:t>[Übergangssatz zum Überblick, Zeitmarke: bis Minute 2]</w:t>
      </w:r>
    </w:p>
    <w:p>
      <w:pPr>
        <w:keepNext/>
        <w:spacing w:before="260" w:after="80" w:line="276" w:lineRule="auto"/>
        <w:pBdr>
          <w:bottom w:val="single" w:sz="6" w:space="4" w:color="AAAAAA"/>
        </w:pBdr>
      </w:pPr>
      <w:r>
        <w:rPr>
          <w:rFonts w:ascii="Arial" w:hAnsi="Arial"/>
          <w:b/>
          <w:i w:val="0"/>
          <w:color w:val="111111"/>
          <w:sz w:val="21"/>
        </w:rPr>
        <w:t>ÜBERBLICK</w:t>
      </w:r>
    </w:p>
    <w:p>
      <w:pPr>
        <w:spacing w:before="0" w:after="200" w:line="360" w:lineRule="auto"/>
      </w:pPr>
      <w:r>
        <w:rPr>
          <w:rFonts w:ascii="Arial" w:hAnsi="Arial"/>
          <w:b w:val="0"/>
          <w:i/>
          <w:color w:val="555555"/>
          <w:sz w:val="22"/>
        </w:rPr>
        <w:t>[Stichworte: Leitfrage, Gliederung]</w:t>
      </w:r>
    </w:p>
    <w:p>
      <w:pPr>
        <w:spacing w:before="0" w:after="200" w:line="360" w:lineRule="auto"/>
      </w:pPr>
      <w:r>
        <w:rPr>
          <w:rFonts w:ascii="Arial" w:hAnsi="Arial"/>
          <w:b w:val="0"/>
          <w:i/>
          <w:color w:val="555555"/>
          <w:sz w:val="22"/>
        </w:rPr>
        <w:t>[Übergangssatz zu Hauptteil 1, Zeitmarke: bis Minute 4]</w:t>
      </w:r>
    </w:p>
    <w:p>
      <w:pPr>
        <w:keepNext/>
        <w:spacing w:before="260" w:after="80" w:line="276" w:lineRule="auto"/>
        <w:pBdr>
          <w:bottom w:val="single" w:sz="6" w:space="4" w:color="AAAAAA"/>
        </w:pBdr>
      </w:pPr>
      <w:r>
        <w:rPr>
          <w:rFonts w:ascii="Arial" w:hAnsi="Arial"/>
          <w:b/>
          <w:i w:val="0"/>
          <w:color w:val="111111"/>
          <w:sz w:val="21"/>
        </w:rPr>
        <w:t>HAUPTTEIL 1</w:t>
      </w:r>
    </w:p>
    <w:p>
      <w:pPr>
        <w:spacing w:before="0" w:after="200" w:line="360" w:lineRule="auto"/>
      </w:pPr>
      <w:r>
        <w:rPr>
          <w:rFonts w:ascii="Arial" w:hAnsi="Arial"/>
          <w:b w:val="0"/>
          <w:i/>
          <w:color w:val="555555"/>
          <w:sz w:val="22"/>
        </w:rPr>
        <w:t>[Stichworte zum ersten Baustein]</w:t>
      </w:r>
    </w:p>
    <w:p>
      <w:pPr>
        <w:spacing w:before="0" w:after="200" w:line="360" w:lineRule="auto"/>
      </w:pPr>
      <w:r>
        <w:rPr>
          <w:rFonts w:ascii="Arial" w:hAnsi="Arial"/>
          <w:b w:val="0"/>
          <w:i/>
          <w:color w:val="555555"/>
          <w:sz w:val="22"/>
        </w:rPr>
        <w:t>[Übergangssatz zu Hauptteil 2, Zeitmarke: bis Minute 9]</w:t>
      </w:r>
    </w:p>
    <w:p>
      <w:pPr>
        <w:keepNext/>
        <w:spacing w:before="260" w:after="80" w:line="276" w:lineRule="auto"/>
        <w:pBdr>
          <w:bottom w:val="single" w:sz="6" w:space="4" w:color="AAAAAA"/>
        </w:pBdr>
      </w:pPr>
      <w:r>
        <w:rPr>
          <w:rFonts w:ascii="Arial" w:hAnsi="Arial"/>
          <w:b/>
          <w:i w:val="0"/>
          <w:color w:val="111111"/>
          <w:sz w:val="21"/>
        </w:rPr>
        <w:t>HAUPTTEIL 2</w:t>
      </w:r>
    </w:p>
    <w:p>
      <w:pPr>
        <w:spacing w:before="0" w:after="200" w:line="360" w:lineRule="auto"/>
      </w:pPr>
      <w:r>
        <w:rPr>
          <w:rFonts w:ascii="Arial" w:hAnsi="Arial"/>
          <w:b w:val="0"/>
          <w:i/>
          <w:color w:val="555555"/>
          <w:sz w:val="22"/>
        </w:rPr>
        <w:t>[Stichworte zum zweiten Baustein]</w:t>
      </w:r>
    </w:p>
    <w:p>
      <w:pPr>
        <w:spacing w:before="0" w:after="200" w:line="360" w:lineRule="auto"/>
      </w:pPr>
      <w:r>
        <w:rPr>
          <w:rFonts w:ascii="Arial" w:hAnsi="Arial"/>
          <w:b w:val="0"/>
          <w:i/>
          <w:color w:val="555555"/>
          <w:sz w:val="22"/>
        </w:rPr>
        <w:t>[Übergangssatz zu Hauptteil 3, Zeitmarke: bis Minute 14]</w:t>
      </w:r>
    </w:p>
    <w:p>
      <w:pPr>
        <w:keepNext/>
        <w:spacing w:before="260" w:after="80" w:line="276" w:lineRule="auto"/>
        <w:pBdr>
          <w:bottom w:val="single" w:sz="6" w:space="4" w:color="AAAAAA"/>
        </w:pBdr>
      </w:pPr>
      <w:r>
        <w:rPr>
          <w:rFonts w:ascii="Arial" w:hAnsi="Arial"/>
          <w:b/>
          <w:i w:val="0"/>
          <w:color w:val="111111"/>
          <w:sz w:val="21"/>
        </w:rPr>
        <w:t>HAUPTTEIL 3</w:t>
      </w:r>
    </w:p>
    <w:p>
      <w:pPr>
        <w:spacing w:before="0" w:after="200" w:line="360" w:lineRule="auto"/>
      </w:pPr>
      <w:r>
        <w:rPr>
          <w:rFonts w:ascii="Arial" w:hAnsi="Arial"/>
          <w:b w:val="0"/>
          <w:i/>
          <w:color w:val="555555"/>
          <w:sz w:val="22"/>
        </w:rPr>
        <w:t>[Stichworte zum dritten Baustein]</w:t>
      </w:r>
    </w:p>
    <w:p>
      <w:pPr>
        <w:spacing w:before="0" w:after="200" w:line="360" w:lineRule="auto"/>
      </w:pPr>
      <w:r>
        <w:rPr>
          <w:rFonts w:ascii="Arial" w:hAnsi="Arial"/>
          <w:b w:val="0"/>
          <w:i/>
          <w:color w:val="555555"/>
          <w:sz w:val="22"/>
        </w:rPr>
        <w:t>[Übergangssatz zum Fazit, Zeitmarke: bis Minute 19]</w:t>
      </w:r>
    </w:p>
    <w:p>
      <w:pPr>
        <w:keepNext/>
        <w:spacing w:before="260" w:after="80" w:line="276" w:lineRule="auto"/>
        <w:pBdr>
          <w:bottom w:val="single" w:sz="6" w:space="4" w:color="AAAAAA"/>
        </w:pBdr>
      </w:pPr>
      <w:r>
        <w:rPr>
          <w:rFonts w:ascii="Arial" w:hAnsi="Arial"/>
          <w:b/>
          <w:i w:val="0"/>
          <w:color w:val="111111"/>
          <w:sz w:val="21"/>
        </w:rPr>
        <w:t>FAZIT</w:t>
      </w:r>
    </w:p>
    <w:p>
      <w:pPr>
        <w:spacing w:before="0" w:after="200" w:line="360" w:lineRule="auto"/>
      </w:pPr>
      <w:r>
        <w:rPr>
          <w:rFonts w:ascii="Arial" w:hAnsi="Arial"/>
          <w:b w:val="0"/>
          <w:i/>
          <w:color w:val="555555"/>
          <w:sz w:val="22"/>
        </w:rPr>
        <w:t>[Stichworte: Antwort auf die Leitfrage]</w:t>
      </w:r>
    </w:p>
    <w:p>
      <w:pPr>
        <w:spacing w:before="0" w:after="200" w:line="360" w:lineRule="auto"/>
      </w:pPr>
      <w:r>
        <w:rPr>
          <w:rFonts w:ascii="Arial" w:hAnsi="Arial"/>
          <w:b w:val="0"/>
          <w:i/>
          <w:color w:val="555555"/>
          <w:sz w:val="22"/>
        </w:rPr>
        <w:t>[Übergangssatz zur Fragerunde, Zeitmarke: bis Minute 21]</w:t>
      </w:r>
    </w:p>
    <w:p>
      <w:r>
        <w:br w:type="page"/>
      </w:r>
    </w:p>
    <w:p>
      <w:pPr>
        <w:spacing w:before="0" w:after="200" w:line="276" w:lineRule="auto"/>
      </w:pPr>
      <w:r>
        <w:rPr>
          <w:rFonts w:ascii="Arial" w:hAnsi="Arial"/>
          <w:b/>
          <w:i w:val="0"/>
          <w:color w:val="111111"/>
          <w:sz w:val="32"/>
        </w:rPr>
        <w:t>Plakatplan</w:t>
      </w:r>
    </w:p>
    <w:p>
      <w:pPr>
        <w:keepNext/>
        <w:spacing w:before="260" w:after="80" w:line="276" w:lineRule="auto"/>
        <w:pBdr>
          <w:bottom w:val="single" w:sz="6" w:space="4" w:color="AAAAAA"/>
        </w:pBdr>
      </w:pPr>
      <w:r>
        <w:rPr>
          <w:rFonts w:ascii="Arial" w:hAnsi="Arial"/>
          <w:b/>
          <w:i w:val="0"/>
          <w:color w:val="111111"/>
          <w:sz w:val="21"/>
        </w:rPr>
        <w:t>FELDER AUF DEM PLAKAT</w:t>
      </w:r>
    </w:p>
    <w:tbl>
      <w:tblPr>
        <w:tblW w:type="auto" w:w="0"/>
        <w:jc w:val="left"/>
        <w:tblLayout w:type="fixed"/>
        <w:tblLook w:firstColumn="1" w:firstRow="1" w:lastColumn="0" w:lastRow="0" w:noHBand="0" w:noVBand="1" w:val="04A0"/>
        <w:tblLayout w:type="fixed"/>
        <w:tblBorders>
          <w:top w:val="none" w:sz="0"/>
          <w:left w:val="none" w:sz="0"/>
          <w:bottom w:val="none" w:sz="0"/>
          <w:right w:val="none" w:sz="0"/>
          <w:insideH w:val="none" w:sz="0"/>
          <w:insideV w:val="none" w:sz="0"/>
        </w:tblBorders>
      </w:tblPr>
      <w:tblGrid>
        <w:gridCol w:w="1814"/>
        <w:gridCol w:w="6974"/>
      </w:tblGrid>
      <w:tr>
        <w:tc>
          <w:tcPr>
            <w:tcW w:type="dxa" w:w="1814"/>
            <w:tcMar>
              <w:left w:w="0" w:type="dxa"/>
              <w:right w:w="170" w:type="dxa"/>
            </w:tcMar>
          </w:tcPr>
          <w:p>
            <w:pPr>
              <w:spacing w:after="80"/>
            </w:pPr>
            <w:r>
              <w:rPr>
                <w:rFonts w:ascii="Arial" w:hAnsi="Arial"/>
                <w:color w:val="555555"/>
                <w:sz w:val="21"/>
              </w:rPr>
              <w:t>Feld</w:t>
            </w:r>
          </w:p>
        </w:tc>
        <w:tc>
          <w:tcPr>
            <w:tcW w:type="dxa" w:w="6974"/>
            <w:tcMar>
              <w:left w:w="0" w:type="dxa"/>
              <w:right w:w="170" w:type="dxa"/>
            </w:tcMar>
          </w:tcPr>
          <w:p>
            <w:pPr>
              <w:spacing w:after="80"/>
            </w:pPr>
            <w:r>
              <w:rPr>
                <w:rFonts w:ascii="Arial" w:hAnsi="Arial"/>
                <w:b/>
                <w:color w:val="111111"/>
                <w:sz w:val="22"/>
              </w:rPr>
              <w:t>Inhalt</w:t>
            </w:r>
          </w:p>
        </w:tc>
      </w:tr>
      <w:tr>
        <w:tc>
          <w:tcPr>
            <w:tcW w:type="dxa" w:w="1814"/>
            <w:tcMar>
              <w:left w:w="0" w:type="dxa"/>
              <w:right w:w="170" w:type="dxa"/>
            </w:tcMar>
          </w:tcPr>
          <w:p>
            <w:pPr>
              <w:spacing w:after="80"/>
            </w:pPr>
            <w:r>
              <w:rPr>
                <w:rFonts w:ascii="Arial" w:hAnsi="Arial"/>
                <w:color w:val="555555"/>
                <w:sz w:val="21"/>
              </w:rPr>
              <w:t>Titel</w:t>
            </w:r>
          </w:p>
        </w:tc>
        <w:tc>
          <w:tcPr>
            <w:tcW w:type="dxa" w:w="6974"/>
            <w:tcMar>
              <w:left w:w="0" w:type="dxa"/>
              <w:right w:w="170" w:type="dxa"/>
            </w:tcMar>
          </w:tcPr>
          <w:p>
            <w:pPr>
              <w:spacing w:after="80"/>
            </w:pPr>
            <w:r>
              <w:rPr>
                <w:rFonts w:ascii="Arial" w:hAnsi="Arial"/>
                <w:b/>
                <w:color w:val="111111"/>
                <w:sz w:val="22"/>
              </w:rPr>
              <w:t>[Titel des Referats]</w:t>
            </w:r>
          </w:p>
        </w:tc>
      </w:tr>
      <w:tr>
        <w:tc>
          <w:tcPr>
            <w:tcW w:type="dxa" w:w="1814"/>
            <w:tcMar>
              <w:left w:w="0" w:type="dxa"/>
              <w:right w:w="170" w:type="dxa"/>
            </w:tcMar>
          </w:tcPr>
          <w:p>
            <w:pPr>
              <w:spacing w:after="80"/>
            </w:pPr>
            <w:r>
              <w:rPr>
                <w:rFonts w:ascii="Arial" w:hAnsi="Arial"/>
                <w:color w:val="555555"/>
                <w:sz w:val="21"/>
              </w:rPr>
              <w:t>Leitfrage</w:t>
            </w:r>
          </w:p>
        </w:tc>
        <w:tc>
          <w:tcPr>
            <w:tcW w:type="dxa" w:w="6974"/>
            <w:tcMar>
              <w:left w:w="0" w:type="dxa"/>
              <w:right w:w="170" w:type="dxa"/>
            </w:tcMar>
          </w:tcPr>
          <w:p>
            <w:pPr>
              <w:spacing w:after="80"/>
            </w:pPr>
            <w:r>
              <w:rPr>
                <w:rFonts w:ascii="Arial" w:hAnsi="Arial"/>
                <w:b/>
                <w:color w:val="111111"/>
                <w:sz w:val="22"/>
              </w:rPr>
              <w:t>[Leitfrage in einem Satz]</w:t>
            </w:r>
          </w:p>
        </w:tc>
      </w:tr>
      <w:tr>
        <w:tc>
          <w:tcPr>
            <w:tcW w:type="dxa" w:w="1814"/>
            <w:tcMar>
              <w:left w:w="0" w:type="dxa"/>
              <w:right w:w="170" w:type="dxa"/>
            </w:tcMar>
          </w:tcPr>
          <w:p>
            <w:pPr>
              <w:spacing w:after="80"/>
            </w:pPr>
            <w:r>
              <w:rPr>
                <w:rFonts w:ascii="Arial" w:hAnsi="Arial"/>
                <w:color w:val="555555"/>
                <w:sz w:val="21"/>
              </w:rPr>
              <w:t>Drei Kernaussagen</w:t>
            </w:r>
          </w:p>
        </w:tc>
        <w:tc>
          <w:tcPr>
            <w:tcW w:type="dxa" w:w="6974"/>
            <w:tcMar>
              <w:left w:w="0" w:type="dxa"/>
              <w:right w:w="170" w:type="dxa"/>
            </w:tcMar>
          </w:tcPr>
          <w:p>
            <w:pPr>
              <w:spacing w:after="80"/>
            </w:pPr>
            <w:r>
              <w:rPr>
                <w:rFonts w:ascii="Arial" w:hAnsi="Arial"/>
                <w:b/>
                <w:color w:val="111111"/>
                <w:sz w:val="22"/>
              </w:rPr>
              <w:t>[Kernaussage 1, 2, 3, je ein Stichwort]</w:t>
            </w:r>
          </w:p>
        </w:tc>
      </w:tr>
      <w:tr>
        <w:tc>
          <w:tcPr>
            <w:tcW w:type="dxa" w:w="1814"/>
            <w:tcMar>
              <w:left w:w="0" w:type="dxa"/>
              <w:right w:w="170" w:type="dxa"/>
            </w:tcMar>
          </w:tcPr>
          <w:p>
            <w:pPr>
              <w:spacing w:after="80"/>
            </w:pPr>
            <w:r>
              <w:rPr>
                <w:rFonts w:ascii="Arial" w:hAnsi="Arial"/>
                <w:color w:val="555555"/>
                <w:sz w:val="21"/>
              </w:rPr>
              <w:t>Bild oder Grafik</w:t>
            </w:r>
          </w:p>
        </w:tc>
        <w:tc>
          <w:tcPr>
            <w:tcW w:type="dxa" w:w="6974"/>
            <w:tcMar>
              <w:left w:w="0" w:type="dxa"/>
              <w:right w:w="170" w:type="dxa"/>
            </w:tcMar>
          </w:tcPr>
          <w:p>
            <w:pPr>
              <w:spacing w:after="80"/>
            </w:pPr>
            <w:r>
              <w:rPr>
                <w:rFonts w:ascii="Arial" w:hAnsi="Arial"/>
                <w:b/>
                <w:color w:val="111111"/>
                <w:sz w:val="22"/>
              </w:rPr>
              <w:t>[Beschreibung des Bilds oder der Grafik]</w:t>
            </w:r>
          </w:p>
        </w:tc>
      </w:tr>
      <w:tr>
        <w:tc>
          <w:tcPr>
            <w:tcW w:type="dxa" w:w="1814"/>
            <w:tcMar>
              <w:left w:w="0" w:type="dxa"/>
              <w:right w:w="170" w:type="dxa"/>
            </w:tcMar>
          </w:tcPr>
          <w:p>
            <w:pPr>
              <w:spacing w:after="80"/>
            </w:pPr>
            <w:r>
              <w:rPr>
                <w:rFonts w:ascii="Arial" w:hAnsi="Arial"/>
                <w:color w:val="555555"/>
                <w:sz w:val="21"/>
              </w:rPr>
              <w:t>Quellen</w:t>
            </w:r>
          </w:p>
        </w:tc>
        <w:tc>
          <w:tcPr>
            <w:tcW w:type="dxa" w:w="6974"/>
            <w:tcMar>
              <w:left w:w="0" w:type="dxa"/>
              <w:right w:w="170" w:type="dxa"/>
            </w:tcMar>
          </w:tcPr>
          <w:p>
            <w:pPr>
              <w:spacing w:after="80"/>
            </w:pPr>
            <w:r>
              <w:rPr>
                <w:rFonts w:ascii="Arial" w:hAnsi="Arial"/>
                <w:b/>
                <w:color w:val="111111"/>
                <w:sz w:val="22"/>
              </w:rPr>
              <w:t>[Quelle 1, Quelle 2]</w:t>
            </w:r>
          </w:p>
        </w:tc>
      </w:tr>
      <w:tr>
        <w:tc>
          <w:tcPr>
            <w:tcW w:type="dxa" w:w="1814"/>
            <w:tcMar>
              <w:left w:w="0" w:type="dxa"/>
              <w:right w:w="170" w:type="dxa"/>
            </w:tcMar>
          </w:tcPr>
          <w:p>
            <w:pPr>
              <w:spacing w:after="80"/>
            </w:pPr>
            <w:r>
              <w:rPr>
                <w:rFonts w:ascii="Arial" w:hAnsi="Arial"/>
                <w:color w:val="555555"/>
                <w:sz w:val="21"/>
              </w:rPr>
              <w:t>Fazit</w:t>
            </w:r>
          </w:p>
        </w:tc>
        <w:tc>
          <w:tcPr>
            <w:tcW w:type="dxa" w:w="6974"/>
            <w:tcMar>
              <w:left w:w="0" w:type="dxa"/>
              <w:right w:w="170" w:type="dxa"/>
            </w:tcMar>
          </w:tcPr>
          <w:p>
            <w:pPr>
              <w:spacing w:after="80"/>
            </w:pPr>
            <w:r>
              <w:rPr>
                <w:rFonts w:ascii="Arial" w:hAnsi="Arial"/>
                <w:b/>
                <w:color w:val="111111"/>
                <w:sz w:val="22"/>
              </w:rPr>
              <w:t>[Antwort auf die Leitfrage, ein Satz]</w:t>
            </w:r>
          </w:p>
        </w:tc>
      </w:tr>
    </w:tbl>
    <w:p>
      <w:pPr>
        <w:spacing w:before="0" w:after="0" w:line="276" w:lineRule="auto"/>
      </w:pPr>
    </w:p>
    <w:p>
      <w:pPr>
        <w:spacing w:before="0" w:after="140" w:line="20" w:lineRule="exact"/>
      </w:pPr>
    </w:p>
    <w:p>
      <w:pPr>
        <w:keepNext/>
        <w:spacing w:before="260" w:after="80" w:line="276" w:lineRule="auto"/>
        <w:pBdr>
          <w:bottom w:val="single" w:sz="6" w:space="4" w:color="AAAAAA"/>
        </w:pBdr>
      </w:pPr>
      <w:r>
        <w:rPr>
          <w:rFonts w:ascii="Arial" w:hAnsi="Arial"/>
          <w:b/>
          <w:i w:val="0"/>
          <w:color w:val="111111"/>
          <w:sz w:val="21"/>
        </w:rPr>
        <w:t>REGELN FÜR DAS PLAKAT</w:t>
      </w:r>
    </w:p>
    <w:p>
      <w:pPr>
        <w:spacing w:before="0" w:after="60" w:line="276" w:lineRule="auto"/>
        <w:ind w:left="340" w:hanging="340"/>
      </w:pPr>
      <w:r>
        <w:rPr>
          <w:color w:val="00A85A"/>
        </w:rPr>
        <w:t xml:space="preserve">▪  </w:t>
      </w:r>
      <w:r>
        <w:rPr>
          <w:rFonts w:ascii="Arial" w:hAnsi="Arial"/>
          <w:sz w:val="22"/>
        </w:rPr>
        <w:t>Schriftgröße so, dass sie aus drei Metern lesbar ist</w:t>
      </w:r>
    </w:p>
    <w:p>
      <w:pPr>
        <w:spacing w:before="0" w:after="60" w:line="276" w:lineRule="auto"/>
        <w:ind w:left="340" w:hanging="340"/>
      </w:pPr>
      <w:r>
        <w:rPr>
          <w:color w:val="00A85A"/>
        </w:rPr>
        <w:t xml:space="preserve">▪  </w:t>
      </w:r>
      <w:r>
        <w:rPr>
          <w:rFonts w:ascii="Arial" w:hAnsi="Arial"/>
          <w:sz w:val="22"/>
        </w:rPr>
        <w:t>Höchstens 30 Wörter je Feld</w:t>
      </w:r>
    </w:p>
    <w:p>
      <w:pPr>
        <w:spacing w:before="0" w:after="60" w:line="276" w:lineRule="auto"/>
        <w:ind w:left="340" w:hanging="340"/>
      </w:pPr>
      <w:r>
        <w:rPr>
          <w:color w:val="00A85A"/>
        </w:rPr>
        <w:t xml:space="preserve">▪  </w:t>
      </w:r>
      <w:r>
        <w:rPr>
          <w:rFonts w:ascii="Arial" w:hAnsi="Arial"/>
          <w:sz w:val="22"/>
        </w:rPr>
        <w:t>Farben sparsam und einheitlich einsetzen</w:t>
      </w:r>
    </w:p>
    <w:p>
      <w:pPr>
        <w:spacing w:before="0" w:after="60" w:line="276" w:lineRule="auto"/>
        <w:ind w:left="340" w:hanging="340"/>
      </w:pPr>
      <w:r>
        <w:rPr>
          <w:color w:val="00A85A"/>
        </w:rPr>
        <w:t xml:space="preserve">▪  </w:t>
      </w:r>
      <w:r>
        <w:rPr>
          <w:rFonts w:ascii="Arial" w:hAnsi="Arial"/>
          <w:sz w:val="22"/>
        </w:rPr>
        <w:t>Quellen unten auf dem Plakat</w:t>
      </w:r>
    </w:p>
    <w:p>
      <w:pPr>
        <w:spacing w:before="0" w:after="140" w:line="20" w:lineRule="exact"/>
      </w:pPr>
    </w:p>
    <w:p>
      <w:pPr>
        <w:keepNext/>
        <w:spacing w:before="260" w:after="80" w:line="276" w:lineRule="auto"/>
        <w:pBdr>
          <w:bottom w:val="single" w:sz="6" w:space="4" w:color="AAAAAA"/>
        </w:pBdr>
      </w:pPr>
      <w:r>
        <w:rPr>
          <w:rFonts w:ascii="Arial" w:hAnsi="Arial"/>
          <w:b/>
          <w:i w:val="0"/>
          <w:color w:val="111111"/>
          <w:sz w:val="21"/>
        </w:rPr>
        <w:t>QUELLEN</w:t>
      </w:r>
    </w:p>
    <w:tbl>
      <w:tblPr>
        <w:tblW w:type="auto" w:w="0"/>
        <w:jc w:val="left"/>
        <w:tblLayout w:type="fixed"/>
        <w:tblLook w:firstColumn="1" w:firstRow="1" w:lastColumn="0" w:lastRow="0" w:noHBand="0" w:noVBand="1" w:val="04A0"/>
        <w:tblLayout w:type="fixed"/>
        <w:tblBorders>
          <w:top w:val="none" w:sz="0"/>
          <w:left w:val="none" w:sz="0"/>
          <w:bottom w:val="none" w:sz="0"/>
          <w:right w:val="none" w:sz="0"/>
          <w:insideH w:val="none" w:sz="0"/>
          <w:insideV w:val="none" w:sz="0"/>
        </w:tblBorders>
      </w:tblPr>
      <w:tblGrid>
        <w:gridCol w:w="680"/>
        <w:gridCol w:w="8108"/>
      </w:tblGrid>
      <w:tr>
        <w:tc>
          <w:tcPr>
            <w:tcW w:type="dxa" w:w="680"/>
            <w:tcMar>
              <w:left w:w="0" w:type="dxa"/>
              <w:right w:w="170" w:type="dxa"/>
            </w:tcMar>
          </w:tcPr>
          <w:p>
            <w:pPr>
              <w:spacing w:after="80"/>
            </w:pPr>
            <w:r>
              <w:rPr>
                <w:rFonts w:ascii="Arial" w:hAnsi="Arial"/>
                <w:color w:val="555555"/>
                <w:sz w:val="21"/>
              </w:rPr>
              <w:t>Nr.</w:t>
            </w:r>
          </w:p>
        </w:tc>
        <w:tc>
          <w:tcPr>
            <w:tcW w:type="dxa" w:w="8108"/>
            <w:tcMar>
              <w:left w:w="0" w:type="dxa"/>
              <w:right w:w="170" w:type="dxa"/>
            </w:tcMar>
          </w:tcPr>
          <w:p>
            <w:pPr>
              <w:spacing w:after="80"/>
            </w:pPr>
            <w:r>
              <w:rPr>
                <w:rFonts w:ascii="Arial" w:hAnsi="Arial"/>
                <w:b/>
                <w:color w:val="111111"/>
                <w:sz w:val="22"/>
              </w:rPr>
              <w:t>Quelle</w:t>
            </w:r>
          </w:p>
        </w:tc>
      </w:tr>
      <w:tr>
        <w:tc>
          <w:tcPr>
            <w:tcW w:type="dxa" w:w="680"/>
            <w:tcMar>
              <w:left w:w="0" w:type="dxa"/>
              <w:right w:w="170" w:type="dxa"/>
            </w:tcMar>
          </w:tcPr>
          <w:p>
            <w:pPr>
              <w:spacing w:after="80"/>
            </w:pPr>
            <w:r>
              <w:rPr>
                <w:rFonts w:ascii="Arial" w:hAnsi="Arial"/>
                <w:color w:val="555555"/>
                <w:sz w:val="21"/>
              </w:rPr>
              <w:t>1</w:t>
            </w:r>
          </w:p>
        </w:tc>
        <w:tc>
          <w:tcPr>
            <w:tcW w:type="dxa" w:w="8108"/>
            <w:tcMar>
              <w:left w:w="0" w:type="dxa"/>
              <w:right w:w="170" w:type="dxa"/>
            </w:tcMar>
          </w:tcPr>
          <w:p>
            <w:pPr>
              <w:spacing w:after="80"/>
            </w:pPr>
            <w:r>
              <w:rPr>
                <w:rFonts w:ascii="Arial" w:hAnsi="Arial"/>
                <w:b/>
                <w:color w:val="111111"/>
                <w:sz w:val="22"/>
              </w:rPr>
              <w:t>[Nachname, Vorname (Jahr): Titel. Ort: Verlag.]</w:t>
            </w:r>
          </w:p>
        </w:tc>
      </w:tr>
      <w:tr>
        <w:tc>
          <w:tcPr>
            <w:tcW w:type="dxa" w:w="680"/>
            <w:tcMar>
              <w:left w:w="0" w:type="dxa"/>
              <w:right w:w="170" w:type="dxa"/>
            </w:tcMar>
          </w:tcPr>
          <w:p>
            <w:pPr>
              <w:spacing w:after="80"/>
            </w:pPr>
            <w:r>
              <w:rPr>
                <w:rFonts w:ascii="Arial" w:hAnsi="Arial"/>
                <w:color w:val="555555"/>
                <w:sz w:val="21"/>
              </w:rPr>
              <w:t>2</w:t>
            </w:r>
          </w:p>
        </w:tc>
        <w:tc>
          <w:tcPr>
            <w:tcW w:type="dxa" w:w="8108"/>
            <w:tcMar>
              <w:left w:w="0" w:type="dxa"/>
              <w:right w:w="170" w:type="dxa"/>
            </w:tcMar>
          </w:tcPr>
          <w:p>
            <w:pPr>
              <w:spacing w:after="80"/>
            </w:pPr>
            <w:r>
              <w:rPr>
                <w:rFonts w:ascii="Arial" w:hAnsi="Arial"/>
                <w:b/>
                <w:color w:val="111111"/>
                <w:sz w:val="22"/>
              </w:rPr>
              <w:t>[Nachname, Vorname (Jahr): Titel. Ort: Verlag.]</w:t>
            </w:r>
          </w:p>
        </w:tc>
      </w:tr>
      <w:tr>
        <w:tc>
          <w:tcPr>
            <w:tcW w:type="dxa" w:w="680"/>
            <w:tcMar>
              <w:left w:w="0" w:type="dxa"/>
              <w:right w:w="170" w:type="dxa"/>
            </w:tcMar>
          </w:tcPr>
          <w:p>
            <w:pPr>
              <w:spacing w:after="80"/>
            </w:pPr>
            <w:r>
              <w:rPr>
                <w:rFonts w:ascii="Arial" w:hAnsi="Arial"/>
                <w:color w:val="555555"/>
                <w:sz w:val="21"/>
              </w:rPr>
              <w:t>3</w:t>
            </w:r>
          </w:p>
        </w:tc>
        <w:tc>
          <w:tcPr>
            <w:tcW w:type="dxa" w:w="8108"/>
            <w:tcMar>
              <w:left w:w="0" w:type="dxa"/>
              <w:right w:w="170" w:type="dxa"/>
            </w:tcMar>
          </w:tcPr>
          <w:p>
            <w:pPr>
              <w:spacing w:after="80"/>
            </w:pPr>
            <w:r>
              <w:rPr>
                <w:rFonts w:ascii="Arial" w:hAnsi="Arial"/>
                <w:b/>
                <w:color w:val="111111"/>
                <w:sz w:val="22"/>
              </w:rPr>
              <w:t>[Nachname, Vorname (Jahr): Titel. Ort: Verlag.]</w:t>
            </w:r>
          </w:p>
        </w:tc>
      </w:tr>
    </w:tbl>
    <w:p>
      <w:pPr>
        <w:spacing w:before="0" w:after="0" w:line="276" w:lineRule="auto"/>
      </w:pPr>
    </w:p>
    <w:sectPr w:rsidR="00FC693F" w:rsidRPr="0006063C" w:rsidSect="00034616">
      <w:footerReference w:type="default" r:id="rId12"/>
      <w:pgSz w:w="11906" w:h="16838"/>
      <w:pgMar w:top="1417" w:right="1417" w:bottom="1134" w:left="1701" w:header="720" w:footer="720" w:gutter="0"/>
      <w:cols w:space="720"/>
      <w:docGrid w:linePitch="360"/>
      <w:pgNumType w:fmt="decimal"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Arial" w:hAnsi="Arial" w:cs="Arial" w:eastAsia="Arial"/>
      <w:color w:val="11111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Arial" w:hAnsi="Arial" w:cs="Arial" w:eastAsia="Arial"/>
      <w:b/>
      <w:bCs/>
      <w:color w:val="111111"/>
      <w:sz w:val="32"/>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cs="Arial" w:eastAsia="Arial"/>
      <w:b/>
      <w:bCs/>
      <w:color w:val="111111"/>
      <w:sz w:val="27"/>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Arial" w:hAnsi="Arial" w:cs="Arial" w:eastAsia="Arial"/>
      <w:b/>
      <w:bCs/>
      <w:color w:val="11111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korrektur.de" TargetMode="Externa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Referat: Ablaufplan, Sprechzettel und Plakatplan</dc:title>
  <dc:subject>Drei Bausteine für den Vortrag: Ablauf, Stichworte, Plakat</dc:subject>
  <dc:creator>korrektur.de</dc:creator>
  <cp:keywords>Referat, Vorlage, Muster, Ablaufplan, Sprechzettel, Plakat, Schule, Studium, Word</cp:keywords>
  <dc:description>Kostenlose Vorlage von korrektur.de. Aktuelle Fassung: https://korrektur.de/referat-mit-plakat</dc:description>
  <cp:lastModifiedBy>korrektur.de</cp:lastModifiedBy>
  <cp:revision>1</cp:revision>
  <dcterms:created xsi:type="dcterms:W3CDTF">2013-12-23T23:15:00Z</dcterms:created>
  <dcterms:modified xsi:type="dcterms:W3CDTF">2013-12-23T23:15:00Z</dcterms:modified>
  <cp:category>Vorlage</cp:category>
</cp:coreProperties>
</file>