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Reflexionsbericht</w:t>
      </w:r>
    </w:p>
    <w:p>
      <w:pPr>
        <w:spacing w:before="0" w:after="160" w:line="276" w:lineRule="auto"/>
      </w:pPr>
      <w:r>
        <w:rPr>
          <w:rFonts w:ascii="Arial" w:hAnsi="Arial"/>
          <w:b w:val="0"/>
          <w:i w:val="0"/>
          <w:color w:val="111111"/>
          <w:sz w:val="22"/>
        </w:rPr>
        <w:t>Ab Seite 2 steht der ganze Bericht als Gerüst: Deckblatt, Einordnung der Situation, dann drei Schritte nach dem Muster beschreiben, bewerten, folgern, und am Schluss die Ziele für das nächste Mal. Neben jedem Abschnitt stehen die Leitfragen, die dort beantwortet werden wollen.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Wähl eine einzige Situation, keine ganzen Wochen. Eine Stunde, in der etwas schiefging, trägt einen Bericht. Ein Monat trägt keinen.</w:t>
      </w:r>
    </w:p>
    <w:p>
      <w:pPr>
        <w:spacing w:before="0" w:after="80" w:line="276" w:lineRule="auto"/>
        <w:ind w:left="425" w:hanging="425"/>
      </w:pPr>
      <w:r>
        <w:rPr>
          <w:rFonts w:ascii="Arial" w:hAnsi="Arial"/>
          <w:b/>
          <w:color w:val="006B46"/>
        </w:rPr>
        <w:t xml:space="preserve">3.  </w:t>
      </w:r>
      <w:r>
        <w:rPr>
          <w:rFonts w:ascii="Arial" w:hAnsi="Arial"/>
          <w:sz w:val="22"/>
        </w:rPr>
        <w:t>Schreib den Abschnitt „Was war“ ohne jede Wertung. Erst wenn dort nichts Bewertendes mehr steht, gehst du weiter.</w:t>
      </w:r>
    </w:p>
    <w:p>
      <w:pPr>
        <w:spacing w:before="0" w:after="80" w:line="276" w:lineRule="auto"/>
        <w:ind w:left="425" w:hanging="425"/>
      </w:pPr>
      <w:r>
        <w:rPr>
          <w:rFonts w:ascii="Arial" w:hAnsi="Arial"/>
          <w:b/>
          <w:color w:val="006B46"/>
        </w:rPr>
        <w:t xml:space="preserve">4.  </w:t>
      </w:r>
      <w:r>
        <w:rPr>
          <w:rFonts w:ascii="Arial" w:hAnsi="Arial"/>
          <w:sz w:val="22"/>
        </w:rPr>
        <w:t>Beantworte die Leitfragen in den grauen Klammern und lösch sie danach. Sie sind Gerüst, nicht Inhalt.</w:t>
      </w:r>
    </w:p>
    <w:p>
      <w:pPr>
        <w:spacing w:before="0" w:after="80" w:line="276" w:lineRule="auto"/>
        <w:ind w:left="425" w:hanging="425"/>
      </w:pPr>
      <w:r>
        <w:rPr>
          <w:rFonts w:ascii="Arial" w:hAnsi="Arial"/>
          <w:b/>
          <w:color w:val="006B46"/>
        </w:rPr>
        <w:t xml:space="preserve">5.  </w:t>
      </w:r>
      <w:r>
        <w:rPr>
          <w:rFonts w:ascii="Arial" w:hAnsi="Arial"/>
          <w:sz w:val="22"/>
        </w:rPr>
        <w:t>Formuliere zum Schluss Ziele, die man überprüfen kann. „Mehr Geduld haben“ ist keins, „bei Rückfragen erst bis drei zählen“ schon.</w:t>
      </w:r>
    </w:p>
    <w:p>
      <w:pPr>
        <w:spacing w:before="280" w:after="120" w:line="276" w:lineRule="auto"/>
      </w:pPr>
      <w:r>
        <w:rPr>
          <w:rFonts w:ascii="Arial" w:hAnsi="Arial"/>
          <w:b/>
          <w:i w:val="0"/>
          <w:color w:val="111111"/>
          <w:sz w:val="24"/>
        </w:rPr>
        <w:t>Woran Reflexionen am häufigsten scheitern</w:t>
      </w:r>
    </w:p>
    <w:p>
      <w:pPr>
        <w:spacing w:before="0" w:after="80" w:line="276" w:lineRule="auto"/>
        <w:ind w:left="340" w:hanging="340"/>
      </w:pPr>
      <w:r>
        <w:rPr>
          <w:color w:val="00A85A"/>
        </w:rPr>
        <w:t xml:space="preserve">▪  </w:t>
      </w:r>
      <w:r>
        <w:rPr>
          <w:rFonts w:ascii="Arial" w:hAnsi="Arial"/>
          <w:sz w:val="22"/>
        </w:rPr>
        <w:t>Sie berichten. Der Ablauf steht schon im Praktikumsbericht, hier geht es um die Deutung. Wer nur erzählt, bekommt die Note für den falschen Text.</w:t>
      </w:r>
    </w:p>
    <w:p>
      <w:pPr>
        <w:spacing w:before="0" w:after="80" w:line="276" w:lineRule="auto"/>
        <w:ind w:left="340" w:hanging="340"/>
      </w:pPr>
      <w:r>
        <w:rPr>
          <w:color w:val="00A85A"/>
        </w:rPr>
        <w:t xml:space="preserve">▪  </w:t>
      </w:r>
      <w:r>
        <w:rPr>
          <w:rFonts w:ascii="Arial" w:hAnsi="Arial"/>
          <w:sz w:val="22"/>
        </w:rPr>
        <w:t>Alles war toll. Eine Reflexion ohne eine einzige unangenehme Stelle wirkt nicht bescheiden, sondern unehrlich.</w:t>
      </w:r>
    </w:p>
    <w:p>
      <w:pPr>
        <w:spacing w:before="0" w:after="80" w:line="276" w:lineRule="auto"/>
        <w:ind w:left="340" w:hanging="340"/>
      </w:pPr>
      <w:r>
        <w:rPr>
          <w:color w:val="00A85A"/>
        </w:rPr>
        <w:t xml:space="preserve">▪  </w:t>
      </w:r>
      <w:r>
        <w:rPr>
          <w:rFonts w:ascii="Arial" w:hAnsi="Arial"/>
          <w:sz w:val="22"/>
        </w:rPr>
        <w:t>Wertung ohne Beispiel. „Ich bin an der Aufgabe gewachsen“ zählt erst, wenn daneben steht, woran man das gesehen hätte.</w:t>
      </w:r>
    </w:p>
    <w:p>
      <w:pPr>
        <w:spacing w:before="0" w:after="80" w:line="276" w:lineRule="auto"/>
        <w:ind w:left="340" w:hanging="340"/>
      </w:pPr>
      <w:r>
        <w:rPr>
          <w:color w:val="00A85A"/>
        </w:rPr>
        <w:t xml:space="preserve">▪  </w:t>
      </w:r>
      <w:r>
        <w:rPr>
          <w:rFonts w:ascii="Arial" w:hAnsi="Arial"/>
          <w:sz w:val="22"/>
        </w:rPr>
        <w:t>Fremde statt eigene Sicht. Was die Anleitung falsch gemacht hat, ist nicht das Thema. Reflektiert wird das eigene Handeln.</w:t>
      </w:r>
    </w:p>
    <w:p>
      <w:pPr>
        <w:spacing w:before="0" w:after="80" w:line="276" w:lineRule="auto"/>
        <w:ind w:left="340" w:hanging="340"/>
      </w:pPr>
      <w:r>
        <w:rPr>
          <w:color w:val="00A85A"/>
        </w:rPr>
        <w:t xml:space="preserve">▪  </w:t>
      </w:r>
      <w:r>
        <w:rPr>
          <w:rFonts w:ascii="Arial" w:hAnsi="Arial"/>
          <w:sz w:val="22"/>
        </w:rPr>
        <w:t>Ziele ohne Prüfbarkeit. Ein Vorsatz, den niemand nachprüfen kann, ist ein Satz und kein Ziel.</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Die drei Schritte</w:t>
            </w:r>
          </w:p>
          <w:p>
            <w:pPr>
              <w:spacing w:after="40"/>
            </w:pPr>
            <w:r>
              <w:rPr>
                <w:rFonts w:ascii="Arial" w:hAnsi="Arial"/>
                <w:color w:val="111111"/>
                <w:sz w:val="20"/>
              </w:rPr>
              <w:t>Beschreiben: was ist passiert, ohne Wertung, in der Vergangenheit</w:t>
            </w:r>
          </w:p>
          <w:p>
            <w:pPr>
              <w:spacing w:after="40"/>
            </w:pPr>
            <w:r>
              <w:rPr>
                <w:rFonts w:ascii="Arial" w:hAnsi="Arial"/>
                <w:color w:val="111111"/>
                <w:sz w:val="20"/>
              </w:rPr>
              <w:t>Bewerten: was hat das ausgelöst, warum ausgerechnet das</w:t>
            </w:r>
          </w:p>
          <w:p>
            <w:pPr>
              <w:spacing w:after="40"/>
            </w:pPr>
            <w:r>
              <w:rPr>
                <w:rFonts w:ascii="Arial" w:hAnsi="Arial"/>
                <w:color w:val="111111"/>
                <w:sz w:val="20"/>
              </w:rPr>
              <w:t>Folgern: was nehme ich mit, woran wäre es zu erkennen</w:t>
            </w:r>
          </w:p>
          <w:p>
            <w:pPr>
              <w:spacing w:after="40"/>
            </w:pPr>
            <w:r>
              <w:rPr>
                <w:rFonts w:ascii="Arial" w:hAnsi="Arial"/>
                <w:color w:val="111111"/>
                <w:sz w:val="20"/>
              </w:rPr>
              <w:t>Ich-Form ist hier erlaubt und erwünscht, anders als in der Hausarbeit</w:t>
            </w:r>
          </w:p>
          <w:p>
            <w:pPr>
              <w:spacing w:after="160"/>
            </w:pPr>
            <w:r>
              <w:rPr>
                <w:rFonts w:ascii="Arial" w:hAnsi="Arial"/>
                <w:color w:val="111111"/>
                <w:sz w:val="20"/>
              </w:rPr>
              <w:t>Umfang: meist 3 bis 8 Seiten, je nach Vorgabe</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Ein Reflexionsbericht wird gelesen und benotet. Wir lesen ihn vorher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0" w:line="276" w:lineRule="auto"/>
        <w:jc w:val="right"/>
      </w:pPr>
      <w:r>
        <w:rPr>
          <w:rFonts w:ascii="Arial" w:hAnsi="Arial"/>
          <w:b w:val="0"/>
          <w:i w:val="0"/>
          <w:color w:val="111111"/>
          <w:sz w:val="22"/>
        </w:rPr>
        <w:t>[Name der Hochschule oder Schule]</w:t>
      </w:r>
    </w:p>
    <w:p>
      <w:pPr>
        <w:spacing w:before="0" w:after="0" w:line="276" w:lineRule="auto"/>
        <w:jc w:val="right"/>
      </w:pPr>
      <w:r>
        <w:rPr>
          <w:rFonts w:ascii="Arial" w:hAnsi="Arial"/>
          <w:b w:val="0"/>
          <w:i w:val="0"/>
          <w:color w:val="111111"/>
          <w:sz w:val="22"/>
        </w:rPr>
        <w:t>[Studiengang oder Kurs]</w:t>
      </w:r>
    </w:p>
    <w:p>
      <w:pPr>
        <w:spacing w:before="0" w:after="0" w:line="276" w:lineRule="auto"/>
        <w:jc w:val="right"/>
      </w:pPr>
      <w:r>
        <w:rPr>
          <w:rFonts w:ascii="Arial" w:hAnsi="Arial"/>
          <w:b w:val="0"/>
          <w:i w:val="0"/>
          <w:color w:val="111111"/>
          <w:sz w:val="22"/>
        </w:rPr>
        <w:t>[Semester oder Schuljahr]</w:t>
      </w:r>
    </w:p>
    <w:p>
      <w:pPr>
        <w:spacing w:before="0" w:after="1180" w:line="20" w:lineRule="exact"/>
      </w:pPr>
    </w:p>
    <w:p>
      <w:pPr>
        <w:spacing w:before="0" w:after="200" w:line="276" w:lineRule="auto"/>
      </w:pPr>
      <w:r>
        <w:rPr>
          <w:rFonts w:ascii="Arial" w:hAnsi="Arial"/>
          <w:b/>
          <w:i w:val="0"/>
          <w:color w:val="111111"/>
          <w:sz w:val="32"/>
        </w:rPr>
        <w:t>Reflexionsbericht</w:t>
      </w:r>
    </w:p>
    <w:p>
      <w:pPr>
        <w:spacing w:before="0" w:after="300" w:line="20" w:lineRule="exact"/>
      </w:pPr>
    </w:p>
    <w:p>
      <w:pPr>
        <w:spacing w:before="0" w:after="200" w:line="276" w:lineRule="auto"/>
      </w:pPr>
      <w:r>
        <w:rPr>
          <w:rFonts w:ascii="Arial" w:hAnsi="Arial"/>
          <w:b/>
          <w:i w:val="0"/>
          <w:color w:val="111111"/>
          <w:sz w:val="32"/>
        </w:rPr>
        <w:t>[Titel: die Situation in wenigen Worten]</w:t>
      </w:r>
    </w:p>
    <w:p>
      <w:pPr>
        <w:spacing w:before="0" w:after="1180" w:line="20" w:lineRule="exact"/>
      </w:pPr>
    </w:p>
    <w:p>
      <w:pPr>
        <w:spacing w:before="0" w:after="0" w:line="276" w:lineRule="auto"/>
      </w:pPr>
      <w:r>
        <w:rPr>
          <w:rFonts w:ascii="Arial" w:hAnsi="Arial"/>
          <w:b w:val="0"/>
          <w:i w:val="0"/>
          <w:color w:val="111111"/>
          <w:sz w:val="22"/>
        </w:rPr>
        <w:t>vorgelegt von: [Vorname Nachname]</w:t>
      </w:r>
    </w:p>
    <w:p>
      <w:pPr>
        <w:spacing w:before="0" w:after="0" w:line="276" w:lineRule="auto"/>
      </w:pPr>
      <w:r>
        <w:rPr>
          <w:rFonts w:ascii="Arial" w:hAnsi="Arial"/>
          <w:b w:val="0"/>
          <w:i w:val="0"/>
          <w:color w:val="111111"/>
          <w:sz w:val="22"/>
        </w:rPr>
        <w:t>Einrichtung: [Name der Praxisstelle]</w:t>
      </w:r>
    </w:p>
    <w:p>
      <w:pPr>
        <w:spacing w:before="0" w:after="0" w:line="276" w:lineRule="auto"/>
      </w:pPr>
      <w:r>
        <w:rPr>
          <w:rFonts w:ascii="Arial" w:hAnsi="Arial"/>
          <w:b w:val="0"/>
          <w:i w:val="0"/>
          <w:color w:val="111111"/>
          <w:sz w:val="22"/>
        </w:rPr>
        <w:t>Zeitraum: [TT.MM.JJJJ] bis [TT.MM.JJJJ]</w:t>
      </w:r>
    </w:p>
    <w:p>
      <w:pPr>
        <w:spacing w:before="0" w:after="0" w:line="276" w:lineRule="auto"/>
      </w:pPr>
      <w:r>
        <w:rPr>
          <w:rFonts w:ascii="Arial" w:hAnsi="Arial"/>
          <w:b w:val="0"/>
          <w:i w:val="0"/>
          <w:color w:val="111111"/>
          <w:sz w:val="22"/>
        </w:rPr>
        <w:t>Betreuung: [Titel Vorname Nachname]</w:t>
      </w:r>
    </w:p>
    <w:p>
      <w:pPr>
        <w:spacing w:before="0" w:after="0" w:line="276" w:lineRule="auto"/>
      </w:pPr>
      <w:r>
        <w:rPr>
          <w:rFonts w:ascii="Arial" w:hAnsi="Arial"/>
          <w:b w:val="0"/>
          <w:i w:val="0"/>
          <w:color w:val="111111"/>
          <w:sz w:val="22"/>
        </w:rPr>
        <w:t>Abgabedatum: [TT.MM.JJJJ]</w:t>
      </w:r>
    </w:p>
    <w:p>
      <w:r>
        <w:br w:type="page"/>
      </w:r>
    </w:p>
    <w:p>
      <w:pPr>
        <w:spacing w:before="0" w:after="200" w:line="276" w:lineRule="auto"/>
      </w:pPr>
      <w:r>
        <w:rPr>
          <w:rFonts w:ascii="Arial" w:hAnsi="Arial"/>
          <w:b/>
          <w:i w:val="0"/>
          <w:color w:val="111111"/>
          <w:sz w:val="32"/>
        </w:rPr>
        <w:t>Reflexionsbericht</w:t>
      </w:r>
    </w:p>
    <w:p>
      <w:pPr>
        <w:keepNext/>
        <w:spacing w:before="260" w:after="80" w:line="276" w:lineRule="auto"/>
        <w:pBdr>
          <w:bottom w:val="single" w:sz="6" w:space="4" w:color="AAAAAA"/>
        </w:pBdr>
      </w:pPr>
      <w:r>
        <w:rPr>
          <w:rFonts w:ascii="Arial" w:hAnsi="Arial"/>
          <w:b/>
          <w:i w:val="0"/>
          <w:color w:val="111111"/>
          <w:sz w:val="21"/>
        </w:rPr>
        <w:t>EINORDNUNG</w:t>
      </w:r>
    </w:p>
    <w:p>
      <w:pPr>
        <w:spacing w:before="0" w:after="200" w:line="360" w:lineRule="auto"/>
      </w:pPr>
      <w:r>
        <w:rPr>
          <w:rFonts w:ascii="Arial" w:hAnsi="Arial"/>
          <w:b w:val="0"/>
          <w:i/>
          <w:color w:val="555555"/>
          <w:sz w:val="22"/>
        </w:rPr>
        <w:t>[Wo warst du, in welcher Rolle, und was war deine Aufgabe? Drei bis fünf Sätze reichen. Alles Weitere steht im Bericht, nicht hier.]</w:t>
      </w:r>
    </w:p>
    <w:p>
      <w:pPr>
        <w:keepNext/>
        <w:spacing w:before="260" w:after="80" w:line="276" w:lineRule="auto"/>
        <w:pBdr>
          <w:bottom w:val="single" w:sz="6" w:space="4" w:color="AAAAAA"/>
        </w:pBdr>
      </w:pPr>
      <w:r>
        <w:rPr>
          <w:rFonts w:ascii="Arial" w:hAnsi="Arial"/>
          <w:b/>
          <w:i w:val="0"/>
          <w:color w:val="111111"/>
          <w:sz w:val="21"/>
        </w:rPr>
        <w:t>DIE SITUATION: WAS WAR</w:t>
      </w:r>
    </w:p>
    <w:p>
      <w:pPr>
        <w:spacing w:before="0" w:after="200" w:line="360" w:lineRule="auto"/>
      </w:pPr>
      <w:r>
        <w:rPr>
          <w:rFonts w:ascii="Arial" w:hAnsi="Arial"/>
          <w:b w:val="0"/>
          <w:i/>
          <w:color w:val="555555"/>
          <w:sz w:val="22"/>
        </w:rPr>
        <w:t>[Beschreib eine einzige Situation, in der Vergangenheit und ohne jede Wertung. Wer war dabei, was wurde gesagt, was hast du getan? So genau, dass jemand anderes sie sich vorstellen kann. Kein „leider“, kein „zum Glück“.]</w:t>
      </w:r>
    </w:p>
    <w:p>
      <w:pPr>
        <w:keepNext/>
        <w:spacing w:before="260" w:after="80" w:line="276" w:lineRule="auto"/>
        <w:pBdr>
          <w:bottom w:val="single" w:sz="6" w:space="4" w:color="AAAAAA"/>
        </w:pBdr>
      </w:pPr>
      <w:r>
        <w:rPr>
          <w:rFonts w:ascii="Arial" w:hAnsi="Arial"/>
          <w:b/>
          <w:i w:val="0"/>
          <w:color w:val="111111"/>
          <w:sz w:val="21"/>
        </w:rPr>
        <w:t>MEINE REAKTION: WAS ES AUSGELÖST HAT</w:t>
      </w:r>
    </w:p>
    <w:p>
      <w:pPr>
        <w:spacing w:before="0" w:after="200" w:line="360" w:lineRule="auto"/>
      </w:pPr>
      <w:r>
        <w:rPr>
          <w:rFonts w:ascii="Arial" w:hAnsi="Arial"/>
          <w:b w:val="0"/>
          <w:i/>
          <w:color w:val="555555"/>
          <w:sz w:val="22"/>
        </w:rPr>
        <w:t>[Was ist in dir vorgegangen, in dem Moment und danach? Unsicherheit, Ärger, Erleichterung: benenn es. Hier ist die Ich-Form richtig.]</w:t>
      </w:r>
    </w:p>
    <w:p>
      <w:pPr>
        <w:keepNext/>
        <w:spacing w:before="260" w:after="80" w:line="276" w:lineRule="auto"/>
        <w:pBdr>
          <w:bottom w:val="single" w:sz="6" w:space="4" w:color="AAAAAA"/>
        </w:pBdr>
      </w:pPr>
      <w:r>
        <w:rPr>
          <w:rFonts w:ascii="Arial" w:hAnsi="Arial"/>
          <w:b/>
          <w:i w:val="0"/>
          <w:color w:val="111111"/>
          <w:sz w:val="21"/>
        </w:rPr>
        <w:t>BEWERTUNG: WARUM AUSGERECHNET DAS</w:t>
      </w:r>
    </w:p>
    <w:p>
      <w:pPr>
        <w:spacing w:before="0" w:after="200" w:line="360" w:lineRule="auto"/>
      </w:pPr>
      <w:r>
        <w:rPr>
          <w:rFonts w:ascii="Arial" w:hAnsi="Arial"/>
          <w:b w:val="0"/>
          <w:i/>
          <w:color w:val="555555"/>
          <w:sz w:val="22"/>
        </w:rPr>
        <w:t>[Warum hat die Situation gerade diese Wirkung gehabt? Welche Erwartung wurde enttäuscht oder bestätigt? Wenn ihr im Seminar ein Modell hattet, ist hier der Ort, es anzuwenden, mit Quelle.]</w:t>
      </w:r>
    </w:p>
    <w:p>
      <w:pPr>
        <w:keepNext/>
        <w:spacing w:before="260" w:after="80" w:line="276" w:lineRule="auto"/>
        <w:pBdr>
          <w:bottom w:val="single" w:sz="6" w:space="4" w:color="AAAAAA"/>
        </w:pBdr>
      </w:pPr>
      <w:r>
        <w:rPr>
          <w:rFonts w:ascii="Arial" w:hAnsi="Arial"/>
          <w:b/>
          <w:i w:val="0"/>
          <w:color w:val="111111"/>
          <w:sz w:val="21"/>
        </w:rPr>
        <w:t>ANDERE SICHT: WIE ES VON AUSSEN AUSSAH</w:t>
      </w:r>
    </w:p>
    <w:p>
      <w:pPr>
        <w:spacing w:before="0" w:after="200" w:line="360" w:lineRule="auto"/>
      </w:pPr>
      <w:r>
        <w:rPr>
          <w:rFonts w:ascii="Arial" w:hAnsi="Arial"/>
          <w:b w:val="0"/>
          <w:i/>
          <w:color w:val="555555"/>
          <w:sz w:val="22"/>
        </w:rPr>
        <w:t>[Wie hätten die anderen Beteiligten die Situation beschrieben? Diese Frage trennt eine Reflexion von einem Tagebucheintrag.]</w:t>
      </w:r>
    </w:p>
    <w:p>
      <w:pPr>
        <w:keepNext/>
        <w:spacing w:before="260" w:after="80" w:line="276" w:lineRule="auto"/>
        <w:pBdr>
          <w:bottom w:val="single" w:sz="6" w:space="4" w:color="AAAAAA"/>
        </w:pBdr>
      </w:pPr>
      <w:r>
        <w:rPr>
          <w:rFonts w:ascii="Arial" w:hAnsi="Arial"/>
          <w:b/>
          <w:i w:val="0"/>
          <w:color w:val="111111"/>
          <w:sz w:val="21"/>
        </w:rPr>
        <w:t>WAS ICH MITNEHME</w:t>
      </w:r>
    </w:p>
    <w:p>
      <w:pPr>
        <w:spacing w:before="0" w:after="200" w:line="360" w:lineRule="auto"/>
      </w:pPr>
      <w:r>
        <w:rPr>
          <w:rFonts w:ascii="Arial" w:hAnsi="Arial"/>
          <w:b w:val="0"/>
          <w:i/>
          <w:color w:val="555555"/>
          <w:sz w:val="22"/>
        </w:rPr>
        <w:t>[Was würdest du beim nächsten Mal anders machen, und was genau bleibt gleich? Auch das, was funktioniert hat, gehört hierher.]</w:t>
      </w:r>
    </w:p>
    <w:p>
      <w:r>
        <w:br w:type="page"/>
      </w:r>
    </w:p>
    <w:p>
      <w:pPr>
        <w:spacing w:before="0" w:after="200" w:line="276" w:lineRule="auto"/>
      </w:pPr>
      <w:r>
        <w:rPr>
          <w:rFonts w:ascii="Arial" w:hAnsi="Arial"/>
          <w:b/>
          <w:i w:val="0"/>
          <w:color w:val="111111"/>
          <w:sz w:val="32"/>
        </w:rPr>
        <w:t>Ziele für das nächste Mal</w:t>
      </w:r>
    </w:p>
    <w:p>
      <w:pPr>
        <w:spacing w:before="0" w:after="200" w:line="360" w:lineRule="auto"/>
      </w:pPr>
      <w:r>
        <w:rPr>
          <w:rFonts w:ascii="Arial" w:hAnsi="Arial"/>
          <w:b w:val="0"/>
          <w:i/>
          <w:color w:val="555555"/>
          <w:sz w:val="22"/>
        </w:rPr>
        <w:t>Ein Ziel, das niemand überprüfen kann, ist keins. Schreib deshalb neben jedes Ziel, woran man es erkennen würde und bis wann.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608"/>
        <w:gridCol w:w="6464"/>
      </w:tblGrid>
      <w:tr>
        <w:tc>
          <w:tcPr>
            <w:tcW w:type="dxa" w:w="2608"/>
            <w:tcMar>
              <w:left w:w="0" w:type="dxa"/>
              <w:right w:w="170" w:type="dxa"/>
            </w:tcMar>
          </w:tcPr>
          <w:p>
            <w:pPr>
              <w:spacing w:after="60"/>
            </w:pPr>
            <w:r>
              <w:rPr>
                <w:rFonts w:ascii="Arial" w:hAnsi="Arial"/>
                <w:color w:val="555555"/>
                <w:sz w:val="21"/>
              </w:rPr>
              <w:t>Ziel 1</w:t>
            </w:r>
          </w:p>
        </w:tc>
        <w:tc>
          <w:tcPr>
            <w:tcW w:type="dxa" w:w="6464"/>
            <w:tcMar>
              <w:left w:w="0" w:type="dxa"/>
              <w:right w:w="170" w:type="dxa"/>
            </w:tcMar>
          </w:tcPr>
          <w:p>
            <w:pPr>
              <w:spacing w:after="20"/>
            </w:pPr>
            <w:r>
              <w:rPr>
                <w:rFonts w:ascii="Arial" w:hAnsi="Arial"/>
                <w:b w:val="0"/>
                <w:color w:val="111111"/>
                <w:sz w:val="22"/>
              </w:rPr>
              <w:t>[Was willst du konkret anders machen?]</w:t>
            </w:r>
          </w:p>
          <w:p>
            <w:pPr>
              <w:spacing w:after="20"/>
            </w:pPr>
            <w:r>
              <w:rPr>
                <w:rFonts w:ascii="Arial" w:hAnsi="Arial"/>
                <w:b w:val="0"/>
                <w:color w:val="555555"/>
                <w:sz w:val="21"/>
              </w:rPr>
              <w:t>Woran erkennbar: [beobachtbares Verhalten]</w:t>
            </w:r>
          </w:p>
          <w:p>
            <w:pPr>
              <w:spacing w:after="60"/>
            </w:pPr>
            <w:r>
              <w:rPr>
                <w:rFonts w:ascii="Arial" w:hAnsi="Arial"/>
                <w:b w:val="0"/>
                <w:color w:val="555555"/>
                <w:sz w:val="21"/>
              </w:rPr>
              <w:t>Bis wann: [TT.MM.JJJJ]</w:t>
            </w:r>
          </w:p>
        </w:tc>
      </w:tr>
      <w:tr>
        <w:tc>
          <w:tcPr>
            <w:tcW w:type="dxa" w:w="2608"/>
            <w:tcMar>
              <w:left w:w="0" w:type="dxa"/>
              <w:right w:w="170" w:type="dxa"/>
            </w:tcMar>
          </w:tcPr>
          <w:p>
            <w:pPr>
              <w:spacing w:after="60"/>
            </w:pPr>
            <w:r>
              <w:rPr>
                <w:rFonts w:ascii="Arial" w:hAnsi="Arial"/>
                <w:color w:val="555555"/>
                <w:sz w:val="21"/>
              </w:rPr>
              <w:t>Ziel 2</w:t>
            </w:r>
          </w:p>
        </w:tc>
        <w:tc>
          <w:tcPr>
            <w:tcW w:type="dxa" w:w="6464"/>
            <w:tcMar>
              <w:left w:w="0" w:type="dxa"/>
              <w:right w:w="170" w:type="dxa"/>
            </w:tcMar>
          </w:tcPr>
          <w:p>
            <w:pPr>
              <w:spacing w:after="20"/>
            </w:pPr>
            <w:r>
              <w:rPr>
                <w:rFonts w:ascii="Arial" w:hAnsi="Arial"/>
                <w:b w:val="0"/>
                <w:color w:val="111111"/>
                <w:sz w:val="22"/>
              </w:rPr>
              <w:t>[Was willst du konkret anders machen?]</w:t>
            </w:r>
          </w:p>
          <w:p>
            <w:pPr>
              <w:spacing w:after="20"/>
            </w:pPr>
            <w:r>
              <w:rPr>
                <w:rFonts w:ascii="Arial" w:hAnsi="Arial"/>
                <w:b w:val="0"/>
                <w:color w:val="555555"/>
                <w:sz w:val="21"/>
              </w:rPr>
              <w:t>Woran erkennbar: [beobachtbares Verhalten]</w:t>
            </w:r>
          </w:p>
          <w:p>
            <w:pPr>
              <w:spacing w:after="60"/>
            </w:pPr>
            <w:r>
              <w:rPr>
                <w:rFonts w:ascii="Arial" w:hAnsi="Arial"/>
                <w:b w:val="0"/>
                <w:color w:val="555555"/>
                <w:sz w:val="21"/>
              </w:rPr>
              <w:t>Bis wann: [TT.MM.JJJJ]</w:t>
            </w:r>
          </w:p>
        </w:tc>
      </w:tr>
      <w:tr>
        <w:tc>
          <w:tcPr>
            <w:tcW w:type="dxa" w:w="2608"/>
            <w:tcMar>
              <w:left w:w="0" w:type="dxa"/>
              <w:right w:w="170" w:type="dxa"/>
            </w:tcMar>
          </w:tcPr>
          <w:p>
            <w:pPr>
              <w:spacing w:after="60"/>
            </w:pPr>
            <w:r>
              <w:rPr>
                <w:rFonts w:ascii="Arial" w:hAnsi="Arial"/>
                <w:color w:val="555555"/>
                <w:sz w:val="21"/>
              </w:rPr>
              <w:t>Ziel 3</w:t>
            </w:r>
          </w:p>
        </w:tc>
        <w:tc>
          <w:tcPr>
            <w:tcW w:type="dxa" w:w="6464"/>
            <w:tcMar>
              <w:left w:w="0" w:type="dxa"/>
              <w:right w:w="170" w:type="dxa"/>
            </w:tcMar>
          </w:tcPr>
          <w:p>
            <w:pPr>
              <w:spacing w:after="20"/>
            </w:pPr>
            <w:r>
              <w:rPr>
                <w:rFonts w:ascii="Arial" w:hAnsi="Arial"/>
                <w:b w:val="0"/>
                <w:color w:val="111111"/>
                <w:sz w:val="22"/>
              </w:rPr>
              <w:t>[Was willst du konkret anders machen?]</w:t>
            </w:r>
          </w:p>
          <w:p>
            <w:pPr>
              <w:spacing w:after="20"/>
            </w:pPr>
            <w:r>
              <w:rPr>
                <w:rFonts w:ascii="Arial" w:hAnsi="Arial"/>
                <w:b w:val="0"/>
                <w:color w:val="555555"/>
                <w:sz w:val="21"/>
              </w:rPr>
              <w:t>Woran erkennbar: [beobachtbares Verhalten]</w:t>
            </w:r>
          </w:p>
          <w:p>
            <w:pPr>
              <w:spacing w:after="60"/>
            </w:pPr>
            <w:r>
              <w:rPr>
                <w:rFonts w:ascii="Arial" w:hAnsi="Arial"/>
                <w:b w:val="0"/>
                <w:color w:val="555555"/>
                <w:sz w:val="21"/>
              </w:rPr>
              <w:t>Bis wann: [TT.MM.JJJJ]</w:t>
            </w:r>
          </w:p>
        </w:tc>
      </w:tr>
    </w:tbl>
    <w:p>
      <w:pPr>
        <w:spacing w:before="0" w:after="0" w:line="276" w:lineRule="auto"/>
      </w:pPr>
    </w:p>
    <w:p>
      <w:pPr>
        <w:keepNext/>
        <w:spacing w:before="260" w:after="80" w:line="276" w:lineRule="auto"/>
        <w:pBdr>
          <w:bottom w:val="single" w:sz="6" w:space="4" w:color="AAAAAA"/>
        </w:pBdr>
      </w:pPr>
      <w:r>
        <w:rPr>
          <w:rFonts w:ascii="Arial" w:hAnsi="Arial"/>
          <w:b/>
          <w:i w:val="0"/>
          <w:color w:val="111111"/>
          <w:sz w:val="21"/>
        </w:rPr>
        <w:t>WAS ICH DAFÜR BRAUCHE</w:t>
      </w:r>
    </w:p>
    <w:p>
      <w:pPr>
        <w:spacing w:before="0" w:after="200" w:line="360" w:lineRule="auto"/>
      </w:pPr>
      <w:r>
        <w:rPr>
          <w:rFonts w:ascii="Arial" w:hAnsi="Arial"/>
          <w:b w:val="0"/>
          <w:i/>
          <w:color w:val="555555"/>
          <w:sz w:val="22"/>
        </w:rPr>
        <w:t>[Rückmeldung, Anleitung, Übung, Zeit: was fehlt dir, um die Ziele zu erreichen? Das ehrlich zu benennen ist Teil der Leistung.]</w:t>
      </w:r>
    </w:p>
    <w:p>
      <w:r>
        <w:br w:type="page"/>
      </w:r>
    </w:p>
    <w:p>
      <w:pPr>
        <w:spacing w:before="0" w:after="200" w:line="276" w:lineRule="auto"/>
      </w:pPr>
      <w:r>
        <w:rPr>
          <w:rFonts w:ascii="Arial" w:hAnsi="Arial"/>
          <w:b/>
          <w:i w:val="0"/>
          <w:color w:val="111111"/>
          <w:sz w:val="32"/>
        </w:rPr>
        <w:t>Quellen</w:t>
      </w:r>
    </w:p>
    <w:p>
      <w:pPr>
        <w:spacing w:before="0" w:after="200" w:line="360" w:lineRule="auto"/>
      </w:pPr>
      <w:r>
        <w:rPr>
          <w:rFonts w:ascii="Arial" w:hAnsi="Arial"/>
          <w:b w:val="0"/>
          <w:i/>
          <w:color w:val="555555"/>
          <w:sz w:val="22"/>
        </w:rPr>
        <w:t>Nur falls du ein Modell oder Fachliteratur verwendet hast. Ersetze die Musterzeilen, sonst lösch diese Seite.</w:t>
      </w:r>
    </w:p>
    <w:p>
      <w:pPr>
        <w:spacing w:before="0" w:after="120" w:line="276" w:lineRule="auto"/>
      </w:pPr>
      <w:r>
        <w:rPr>
          <w:rFonts w:ascii="Arial" w:hAnsi="Arial"/>
          <w:b w:val="0"/>
          <w:i w:val="0"/>
          <w:color w:val="111111"/>
          <w:sz w:val="22"/>
        </w:rPr>
        <w:t>Nachname, V. (Jahr). Titel des Buches (Auflage). Verlag.</w:t>
      </w:r>
    </w:p>
    <w:p>
      <w:pPr>
        <w:spacing w:before="0" w:after="120" w:line="276" w:lineRule="auto"/>
      </w:pPr>
      <w:r>
        <w:rPr>
          <w:rFonts w:ascii="Arial" w:hAnsi="Arial"/>
          <w:b w:val="0"/>
          <w:i w:val="0"/>
          <w:color w:val="111111"/>
          <w:sz w:val="22"/>
        </w:rPr>
        <w:t>Nachname, V. (Jahr). Titel des Aufsatzes. Zeitschrift, Jahrgang(Heft), Seite bis Seite.</w:t>
      </w:r>
    </w:p>
    <w:p>
      <w:pPr>
        <w:spacing w:before="0" w:after="580" w:line="20" w:lineRule="exact"/>
      </w:pPr>
    </w:p>
    <w:p>
      <w:pPr>
        <w:spacing w:before="0" w:after="0" w:line="276" w:lineRule="auto"/>
      </w:pPr>
      <w:r>
        <w:rPr>
          <w:rFonts w:ascii="Arial" w:hAnsi="Arial"/>
          <w:b w:val="0"/>
          <w:i w:val="0"/>
          <w:color w:val="111111"/>
          <w:sz w:val="22"/>
        </w:rPr>
        <w:t>[Ort], [TT.MM.JJJJ]</w:t>
      </w:r>
    </w:p>
    <w:p>
      <w:pPr>
        <w:spacing w:before="0" w:after="580" w:line="20" w:lineRule="exact"/>
      </w:pPr>
    </w:p>
    <w:p>
      <w:pPr>
        <w:spacing w:before="0" w:after="0" w:line="276" w:lineRule="auto"/>
      </w:pPr>
      <w:r>
        <w:rPr>
          <w:rFonts w:ascii="Arial" w:hAnsi="Arial"/>
          <w:b w:val="0"/>
          <w:i w:val="0"/>
          <w:color w:val="111111"/>
          <w:sz w:val="22"/>
        </w:rPr>
        <w:t>[Unterschrift]</w:t>
      </w:r>
    </w:p>
    <w:sectPr w:rsidR="00FC693F" w:rsidRPr="0006063C" w:rsidSect="00034616">
      <w:footerReference w:type="default" r:id="rId12"/>
      <w:pgSz w:w="11906" w:h="16838"/>
      <w:pgMar w:top="1417" w:right="1417" w:bottom="1134" w:left="1417"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Reflexionsbericht: Vorlage mit Leitfragen</dc:title>
  <dc:subject>Beschreiben, bewerten, folgern: das Geruest fuer Praxis und Studium</dc:subject>
  <dc:creator>korrektur.de</dc:creator>
  <cp:keywords>Reflexion, Reflexionsbericht, Praxisreflexion, Praktikumsreflexion, Vorlage, Muster, Leitfragen, Word</cp:keywords>
  <dc:description>Kostenlose Vorlage von korrektur.de. Aktuelle Fassung: https://korrektur.de/reflexionen-schreiben</dc:description>
  <cp:lastModifiedBy>korrektur.de</cp:lastModifiedBy>
  <cp:revision>1</cp:revision>
  <dcterms:created xsi:type="dcterms:W3CDTF">2013-12-23T23:15:00Z</dcterms:created>
  <dcterms:modified xsi:type="dcterms:W3CDTF">2013-12-23T23:15:00Z</dcterms:modified>
  <cp:category>Vorlage</cp:category>
</cp:coreProperties>
</file>