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Seminararbeit</w:t>
      </w:r>
    </w:p>
    <w:p>
      <w:pPr>
        <w:spacing w:before="0" w:after="160" w:line="276" w:lineRule="auto"/>
      </w:pPr>
      <w:r>
        <w:rPr>
          <w:rFonts w:ascii="Arial" w:hAnsi="Arial"/>
          <w:b w:val="0"/>
          <w:i w:val="0"/>
          <w:color w:val="111111"/>
          <w:sz w:val="22"/>
        </w:rPr>
        <w:t>Ab Seite 2 steht die ganze Seminararbeit als Gerüst: ein Deckblatt, das Seminar, Sitzung und Referatstermin nennt, das Inhaltsverzeichnis, die Kapitel von der Einleitung bis zum Fazit, das Literaturverzeichnis und die Erklärung. Überschriften sind echte Formatvorlagen, das Inhaltsverzeichnis füllt sich selbst.</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die Abgabe.</w:t>
      </w:r>
    </w:p>
    <w:p>
      <w:pPr>
        <w:spacing w:before="0" w:after="80" w:line="276" w:lineRule="auto"/>
        <w:ind w:left="425" w:hanging="425"/>
      </w:pPr>
      <w:r>
        <w:rPr>
          <w:rFonts w:ascii="Arial" w:hAnsi="Arial"/>
          <w:b/>
          <w:color w:val="006B46"/>
        </w:rPr>
        <w:t xml:space="preserve">2.  </w:t>
      </w:r>
      <w:r>
        <w:rPr>
          <w:rFonts w:ascii="Arial" w:hAnsi="Arial"/>
          <w:sz w:val="22"/>
        </w:rPr>
        <w:t>Füll das Deckblatt aus. Der Titel des Seminars und der Name der Dozentin oder des Dozenten gehören hin, und zwar richtig geschrieben.</w:t>
      </w:r>
    </w:p>
    <w:p>
      <w:pPr>
        <w:spacing w:before="0" w:after="80" w:line="276" w:lineRule="auto"/>
        <w:ind w:left="425" w:hanging="425"/>
      </w:pPr>
      <w:r>
        <w:rPr>
          <w:rFonts w:ascii="Arial" w:hAnsi="Arial"/>
          <w:b/>
          <w:color w:val="006B46"/>
        </w:rPr>
        <w:t xml:space="preserve">3.  </w:t>
      </w:r>
      <w:r>
        <w:rPr>
          <w:rFonts w:ascii="Arial" w:hAnsi="Arial"/>
          <w:sz w:val="22"/>
        </w:rPr>
        <w:t>Wenn deine Arbeit aus einem Referat entstanden ist, trag den Termin ein. Viele Ordnungen verlangen ihn, und er zeigt, dass die Arbeit dazugehört.</w:t>
      </w:r>
    </w:p>
    <w:p>
      <w:pPr>
        <w:spacing w:before="0" w:after="80" w:line="276" w:lineRule="auto"/>
        <w:ind w:left="425" w:hanging="425"/>
      </w:pPr>
      <w:r>
        <w:rPr>
          <w:rFonts w:ascii="Arial" w:hAnsi="Arial"/>
          <w:b/>
          <w:color w:val="006B46"/>
        </w:rPr>
        <w:t xml:space="preserve">4.  </w:t>
      </w:r>
      <w:r>
        <w:rPr>
          <w:rFonts w:ascii="Arial" w:hAnsi="Arial"/>
          <w:sz w:val="22"/>
        </w:rPr>
        <w:t>Ersetz die Kapitelüberschriften. Nutz die Formatvorlagen „Überschrift 1“ bis „Überschrift 3“, sonst bleibt das Inhaltsverzeichnis leer.</w:t>
      </w:r>
    </w:p>
    <w:p>
      <w:pPr>
        <w:spacing w:before="0" w:after="80" w:line="276" w:lineRule="auto"/>
        <w:ind w:left="425" w:hanging="425"/>
      </w:pPr>
      <w:r>
        <w:rPr>
          <w:rFonts w:ascii="Arial" w:hAnsi="Arial"/>
          <w:b/>
          <w:color w:val="006B46"/>
        </w:rPr>
        <w:t xml:space="preserve">5.  </w:t>
      </w:r>
      <w:r>
        <w:rPr>
          <w:rFonts w:ascii="Arial" w:hAnsi="Arial"/>
          <w:sz w:val="22"/>
        </w:rPr>
        <w:t>Aktualisier zum Schluss das Inhaltsverzeichnis über „Verzeichnis aktualisieren“ und „Gesamtes Verzeichnis“.</w:t>
      </w:r>
    </w:p>
    <w:p>
      <w:pPr>
        <w:spacing w:before="280" w:after="120" w:line="276" w:lineRule="auto"/>
      </w:pPr>
      <w:r>
        <w:rPr>
          <w:rFonts w:ascii="Arial" w:hAnsi="Arial"/>
          <w:b/>
          <w:i w:val="0"/>
          <w:color w:val="111111"/>
          <w:sz w:val="24"/>
        </w:rPr>
        <w:t>Woran Seminararbeiten am häufigsten scheitern</w:t>
      </w:r>
    </w:p>
    <w:p>
      <w:pPr>
        <w:spacing w:before="0" w:after="80" w:line="276" w:lineRule="auto"/>
        <w:ind w:left="340" w:hanging="340"/>
      </w:pPr>
      <w:r>
        <w:rPr>
          <w:color w:val="00A85A"/>
        </w:rPr>
        <w:t xml:space="preserve">▪  </w:t>
      </w:r>
      <w:r>
        <w:rPr>
          <w:rFonts w:ascii="Arial" w:hAnsi="Arial"/>
          <w:sz w:val="22"/>
        </w:rPr>
        <w:t>Das Referat wird abgetippt. Eine Seminararbeit ist kein verschriftlichter Vortrag, sie argumentiert schriftlich und belegt jeden Schritt.</w:t>
      </w:r>
    </w:p>
    <w:p>
      <w:pPr>
        <w:spacing w:before="0" w:after="80" w:line="276" w:lineRule="auto"/>
        <w:ind w:left="340" w:hanging="340"/>
      </w:pPr>
      <w:r>
        <w:rPr>
          <w:color w:val="00A85A"/>
        </w:rPr>
        <w:t xml:space="preserve">▪  </w:t>
      </w:r>
      <w:r>
        <w:rPr>
          <w:rFonts w:ascii="Arial" w:hAnsi="Arial"/>
          <w:sz w:val="22"/>
        </w:rPr>
        <w:t>Keine eigene Fragestellung, sondern das Sitzungsthema als Titel. Das Thema war die Sitzung, die Frage ist deine.</w:t>
      </w:r>
    </w:p>
    <w:p>
      <w:pPr>
        <w:spacing w:before="0" w:after="80" w:line="276" w:lineRule="auto"/>
        <w:ind w:left="340" w:hanging="340"/>
      </w:pPr>
      <w:r>
        <w:rPr>
          <w:color w:val="00A85A"/>
        </w:rPr>
        <w:t xml:space="preserve">▪  </w:t>
      </w:r>
      <w:r>
        <w:rPr>
          <w:rFonts w:ascii="Arial" w:hAnsi="Arial"/>
          <w:sz w:val="22"/>
        </w:rPr>
        <w:t>Nur die Seminarliteratur. Wer über den Reader hinaus nichts gelesen hat, sieht danach aus.</w:t>
      </w:r>
    </w:p>
    <w:p>
      <w:pPr>
        <w:spacing w:before="0" w:after="80" w:line="276" w:lineRule="auto"/>
        <w:ind w:left="340" w:hanging="340"/>
      </w:pPr>
      <w:r>
        <w:rPr>
          <w:color w:val="00A85A"/>
        </w:rPr>
        <w:t xml:space="preserve">▪  </w:t>
      </w:r>
      <w:r>
        <w:rPr>
          <w:rFonts w:ascii="Arial" w:hAnsi="Arial"/>
          <w:sz w:val="22"/>
        </w:rPr>
        <w:t>Uneinheitliches Zitieren. Ob Fussnote oder Klammer ist zweitrangig, der Wechsel mitten in der Arbeit fällt sofort auf.</w:t>
      </w:r>
    </w:p>
    <w:p>
      <w:pPr>
        <w:spacing w:before="0" w:after="80" w:line="276" w:lineRule="auto"/>
        <w:ind w:left="340" w:hanging="340"/>
      </w:pPr>
      <w:r>
        <w:rPr>
          <w:color w:val="00A85A"/>
        </w:rPr>
        <w:t xml:space="preserve">▪  </w:t>
      </w:r>
      <w:r>
        <w:rPr>
          <w:rFonts w:ascii="Arial" w:hAnsi="Arial"/>
          <w:sz w:val="22"/>
        </w:rPr>
        <w:t>Ein Fazit, das zusammenfasst statt zu antworten. Die Einleitung hat eine Frage gestellt, das Fazit schuldet die Antwort.</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Formalia auf einen Blick</w:t>
            </w:r>
          </w:p>
          <w:p>
            <w:pPr>
              <w:spacing w:after="40"/>
            </w:pPr>
            <w:r>
              <w:rPr>
                <w:rFonts w:ascii="Arial" w:hAnsi="Arial"/>
                <w:color w:val="111111"/>
                <w:sz w:val="20"/>
              </w:rPr>
              <w:t>Umfang: meist 12 bis 20 Seiten Text, je nach Studienordnung</w:t>
            </w:r>
          </w:p>
          <w:p>
            <w:pPr>
              <w:spacing w:after="40"/>
            </w:pPr>
            <w:r>
              <w:rPr>
                <w:rFonts w:ascii="Arial" w:hAnsi="Arial"/>
                <w:color w:val="111111"/>
                <w:sz w:val="20"/>
              </w:rPr>
              <w:t>Schrift: 12 pt Serifenschrift, Zeilenabstand 1,5, Blocksatz</w:t>
            </w:r>
          </w:p>
          <w:p>
            <w:pPr>
              <w:spacing w:after="40"/>
            </w:pPr>
            <w:r>
              <w:rPr>
                <w:rFonts w:ascii="Arial" w:hAnsi="Arial"/>
                <w:color w:val="111111"/>
                <w:sz w:val="20"/>
              </w:rPr>
              <w:t>Rand: links 3 cm, rechts 2,5 cm für Anmerkungen</w:t>
            </w:r>
          </w:p>
          <w:p>
            <w:pPr>
              <w:spacing w:after="40"/>
            </w:pPr>
            <w:r>
              <w:rPr>
                <w:rFonts w:ascii="Arial" w:hAnsi="Arial"/>
                <w:color w:val="111111"/>
                <w:sz w:val="20"/>
              </w:rPr>
              <w:t>Seitenzahlen: römisch für die Verzeichnisse, arabisch ab der Einleitung</w:t>
            </w:r>
          </w:p>
          <w:p>
            <w:pPr>
              <w:spacing w:after="160"/>
            </w:pPr>
            <w:r>
              <w:rPr>
                <w:rFonts w:ascii="Arial" w:hAnsi="Arial"/>
                <w:color w:val="111111"/>
                <w:sz w:val="20"/>
              </w:rPr>
              <w:t>Zitierweise: eine einzige, durchgehend, nach der Vorgabe des Fachs</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Vor der Abgabe</w:t>
            </w:r>
          </w:p>
          <w:p>
            <w:pPr>
              <w:spacing w:after="120"/>
            </w:pPr>
            <w:r>
              <w:rPr>
                <w:rFonts w:ascii="Arial" w:hAnsi="Arial"/>
                <w:sz w:val="20"/>
              </w:rPr>
              <w:t xml:space="preserve">Eine Seminararbeit wird benotet und oft weitergereicht. Wir lesen sie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0" w:line="276" w:lineRule="auto"/>
        <w:jc w:val="right"/>
      </w:pPr>
      <w:r>
        <w:rPr>
          <w:rFonts w:ascii="Arial" w:hAnsi="Arial"/>
          <w:b w:val="0"/>
          <w:i w:val="0"/>
          <w:color w:val="111111"/>
          <w:sz w:val="22"/>
        </w:rPr>
        <w:t>[Name der Hochschule]</w:t>
      </w:r>
    </w:p>
    <w:p>
      <w:pPr>
        <w:spacing w:before="0" w:after="0" w:line="276" w:lineRule="auto"/>
        <w:jc w:val="right"/>
      </w:pPr>
      <w:r>
        <w:rPr>
          <w:rFonts w:ascii="Arial" w:hAnsi="Arial"/>
          <w:b w:val="0"/>
          <w:i w:val="0"/>
          <w:color w:val="111111"/>
          <w:sz w:val="22"/>
        </w:rPr>
        <w:t>[Institut oder Fachbereich]</w:t>
      </w:r>
    </w:p>
    <w:p>
      <w:pPr>
        <w:spacing w:before="0" w:after="0" w:line="276" w:lineRule="auto"/>
        <w:jc w:val="right"/>
      </w:pPr>
      <w:r>
        <w:rPr>
          <w:rFonts w:ascii="Arial" w:hAnsi="Arial"/>
          <w:b w:val="0"/>
          <w:i w:val="0"/>
          <w:color w:val="111111"/>
          <w:sz w:val="22"/>
        </w:rPr>
        <w:t>[Semester]</w:t>
      </w:r>
    </w:p>
    <w:p>
      <w:pPr>
        <w:spacing w:before="0" w:after="0" w:line="276" w:lineRule="auto"/>
        <w:jc w:val="right"/>
      </w:pPr>
      <w:r>
        <w:rPr>
          <w:rFonts w:ascii="Arial" w:hAnsi="Arial"/>
          <w:b w:val="0"/>
          <w:i w:val="0"/>
          <w:color w:val="111111"/>
          <w:sz w:val="22"/>
        </w:rPr>
        <w:t>Seminar: [Titel der Veranstaltung]</w:t>
      </w:r>
    </w:p>
    <w:p>
      <w:pPr>
        <w:spacing w:before="0" w:after="0" w:line="276" w:lineRule="auto"/>
        <w:jc w:val="right"/>
      </w:pPr>
      <w:r>
        <w:rPr>
          <w:rFonts w:ascii="Arial" w:hAnsi="Arial"/>
          <w:b w:val="0"/>
          <w:i w:val="0"/>
          <w:color w:val="111111"/>
          <w:sz w:val="22"/>
        </w:rPr>
        <w:t>Leitung: [Titel Vorname Nachname]</w:t>
      </w:r>
    </w:p>
    <w:p>
      <w:pPr>
        <w:spacing w:before="0" w:after="1380" w:line="20" w:lineRule="exact"/>
      </w:pPr>
    </w:p>
    <w:p>
      <w:pPr>
        <w:spacing w:before="0" w:after="200" w:line="276" w:lineRule="auto"/>
      </w:pPr>
      <w:r>
        <w:rPr>
          <w:rFonts w:ascii="Arial" w:hAnsi="Arial"/>
          <w:b/>
          <w:i w:val="0"/>
          <w:color w:val="111111"/>
          <w:sz w:val="32"/>
        </w:rPr>
        <w:t>Seminararbeit</w:t>
      </w:r>
    </w:p>
    <w:p>
      <w:pPr>
        <w:spacing w:before="0" w:after="380" w:line="20" w:lineRule="exact"/>
      </w:pPr>
    </w:p>
    <w:p>
      <w:pPr>
        <w:spacing w:before="0" w:after="200" w:line="276" w:lineRule="auto"/>
      </w:pPr>
      <w:r>
        <w:rPr>
          <w:rFonts w:ascii="Arial" w:hAnsi="Arial"/>
          <w:b/>
          <w:i w:val="0"/>
          <w:color w:val="111111"/>
          <w:sz w:val="32"/>
        </w:rPr>
        <w:t>[Titel der Seminararbeit]</w:t>
      </w:r>
    </w:p>
    <w:p>
      <w:pPr>
        <w:spacing w:before="0" w:after="120" w:line="276" w:lineRule="auto"/>
      </w:pPr>
      <w:r>
        <w:rPr>
          <w:rFonts w:ascii="Arial" w:hAnsi="Arial"/>
          <w:b w:val="0"/>
          <w:i w:val="0"/>
          <w:color w:val="111111"/>
          <w:sz w:val="22"/>
        </w:rPr>
        <w:t>[Untertitel, falls es einen gibt]</w:t>
      </w:r>
    </w:p>
    <w:p>
      <w:pPr>
        <w:spacing w:before="0" w:after="1180" w:line="20" w:lineRule="exact"/>
      </w:pPr>
    </w:p>
    <w:p>
      <w:pPr>
        <w:spacing w:before="0" w:after="0" w:line="276" w:lineRule="auto"/>
      </w:pPr>
      <w:r>
        <w:rPr>
          <w:rFonts w:ascii="Arial" w:hAnsi="Arial"/>
          <w:b w:val="0"/>
          <w:i w:val="0"/>
          <w:color w:val="111111"/>
          <w:sz w:val="22"/>
        </w:rPr>
        <w:t>vorgelegt von: [Vorname Nachname]</w:t>
      </w:r>
    </w:p>
    <w:p>
      <w:pPr>
        <w:spacing w:before="0" w:after="0" w:line="276" w:lineRule="auto"/>
      </w:pPr>
      <w:r>
        <w:rPr>
          <w:rFonts w:ascii="Arial" w:hAnsi="Arial"/>
          <w:b w:val="0"/>
          <w:i w:val="0"/>
          <w:color w:val="111111"/>
          <w:sz w:val="22"/>
        </w:rPr>
        <w:t>Matrikelnummer: [Zahl]</w:t>
      </w:r>
    </w:p>
    <w:p>
      <w:pPr>
        <w:spacing w:before="0" w:after="0" w:line="276" w:lineRule="auto"/>
      </w:pPr>
      <w:r>
        <w:rPr>
          <w:rFonts w:ascii="Arial" w:hAnsi="Arial"/>
          <w:b w:val="0"/>
          <w:i w:val="0"/>
          <w:color w:val="111111"/>
          <w:sz w:val="22"/>
        </w:rPr>
        <w:t>Studiengang: [Fach], [Zahl]. Fachsemester</w:t>
      </w:r>
    </w:p>
    <w:p>
      <w:pPr>
        <w:spacing w:before="0" w:after="0" w:line="276" w:lineRule="auto"/>
      </w:pPr>
      <w:r>
        <w:rPr>
          <w:rFonts w:ascii="Arial" w:hAnsi="Arial"/>
          <w:b w:val="0"/>
          <w:i w:val="0"/>
          <w:color w:val="111111"/>
          <w:sz w:val="22"/>
        </w:rPr>
        <w:t>E-Mail: [E-Mail-Adresse]</w:t>
      </w:r>
    </w:p>
    <w:p>
      <w:pPr>
        <w:spacing w:before="0" w:after="380" w:line="20" w:lineRule="exact"/>
      </w:pPr>
    </w:p>
    <w:p>
      <w:pPr>
        <w:spacing w:before="0" w:after="0" w:line="276" w:lineRule="auto"/>
      </w:pPr>
      <w:r>
        <w:rPr>
          <w:rFonts w:ascii="Arial" w:hAnsi="Arial"/>
          <w:b w:val="0"/>
          <w:i w:val="0"/>
          <w:color w:val="111111"/>
          <w:sz w:val="22"/>
        </w:rPr>
        <w:t>Referat gehalten am: [TT.MM.JJJJ]</w:t>
      </w:r>
    </w:p>
    <w:p>
      <w:pPr>
        <w:spacing w:before="0" w:after="0" w:line="276" w:lineRule="auto"/>
      </w:pPr>
      <w:r>
        <w:rPr>
          <w:rFonts w:ascii="Arial" w:hAnsi="Arial"/>
          <w:b w:val="0"/>
          <w:i w:val="0"/>
          <w:color w:val="111111"/>
          <w:sz w:val="22"/>
        </w:rPr>
        <w:t>Abgabedatum: [TT.MM.JJJJ]</w:t>
      </w:r>
    </w:p>
    <w:p>
      <w:pPr>
        <w:sectPr>
          <w:footerReference w:type="default" r:id="rId12"/>
          <w:pgSz w:w="11906" w:h="16838"/>
          <w:pgMar w:top="1417" w:right="1417" w:bottom="1134" w:left="1701" w:header="720" w:footer="720" w:gutter="0"/>
          <w:cols w:space="720"/>
          <w:docGrid w:linePitch="360"/>
          <w:pgNumType w:fmt="lowerRoman" w:start="1"/>
        </w:sectPr>
      </w:pPr>
    </w:p>
    <w:p>
      <w:pPr>
        <w:spacing w:before="0" w:after="200" w:line="276" w:lineRule="auto"/>
      </w:pPr>
      <w:r>
        <w:rPr>
          <w:rFonts w:ascii="Arial" w:hAnsi="Arial"/>
          <w:b/>
          <w:i w:val="0"/>
          <w:color w:val="111111"/>
          <w:sz w:val="32"/>
        </w:rPr>
        <w:t>Inhaltsverzeichnis</w:t>
      </w:r>
    </w:p>
    <w:p>
      <w:pPr>
        <w:spacing w:after="120"/>
      </w:pPr>
      <w:r>
        <w:rPr>
          <w:rFonts w:ascii="Arial" w:hAnsi="Arial"/>
          <w:color w:val="555555"/>
          <w:sz w:val="21"/>
        </w:rPr>
        <w:fldChar w:fldCharType="begin" w:dirty="true"/>
        <w:instrText xml:space="preserve">TOC \o "1-3" \h \z \u</w:instrText>
        <w:fldChar w:fldCharType="separate"/>
        <w:t>Hier steht dein Inhaltsverzeichnis, sobald du es aktualisierst: klick hinein und druecke F9.</w:t>
        <w:fldChar w:fldCharType="end"/>
      </w:r>
    </w:p>
    <w:p>
      <w:pPr>
        <w:sectPr>
          <w:footerReference w:type="default" r:id="rId13"/>
          <w:pgSz w:w="11906" w:h="16838"/>
          <w:pgMar w:top="1417" w:right="1417" w:bottom="1134" w:left="1701" w:header="720" w:footer="720" w:gutter="0"/>
          <w:cols w:space="720"/>
          <w:docGrid w:linePitch="360"/>
          <w:pgNumType w:fmt="lowerRoman" w:start="2"/>
        </w:sectPr>
      </w:pPr>
    </w:p>
    <w:p>
      <w:pPr>
        <w:pStyle w:val="Heading1"/>
      </w:pPr>
      <w:r>
        <w:t>Einleitung</w:t>
      </w:r>
    </w:p>
    <w:p>
      <w:pPr>
        <w:spacing w:before="0" w:after="200" w:line="360" w:lineRule="auto"/>
      </w:pPr>
      <w:r>
        <w:rPr>
          <w:rFonts w:ascii="Arial" w:hAnsi="Arial"/>
          <w:b w:val="0"/>
          <w:i/>
          <w:color w:val="555555"/>
          <w:sz w:val="22"/>
        </w:rPr>
        <w:t>[Erster Absatz: das Thema der Sitzung und was daran offen geblieben ist. Zweiter Absatz: deine Fragestellung, erkennbar als Frage. Dritter Absatz: der Aufbau der Arbeit.]</w:t>
      </w:r>
    </w:p>
    <w:p>
      <w:pPr>
        <w:pStyle w:val="Heading1"/>
      </w:pPr>
      <w:r>
        <w:t>[Theoretischer Rahmen]</w:t>
      </w:r>
    </w:p>
    <w:p>
      <w:pPr>
        <w:pStyle w:val="Heading2"/>
      </w:pPr>
      <w:r>
        <w:t>[Begriffe]</w:t>
      </w:r>
    </w:p>
    <w:p>
      <w:pPr>
        <w:spacing w:before="0" w:after="200" w:line="360" w:lineRule="auto"/>
      </w:pPr>
      <w:r>
        <w:rPr>
          <w:rFonts w:ascii="Arial" w:hAnsi="Arial"/>
          <w:b w:val="0"/>
          <w:i/>
          <w:color w:val="555555"/>
          <w:sz w:val="22"/>
        </w:rPr>
        <w:t>[Definiere nur, was du später brauchst, jeweils mit Quelle. Wo sich zwei Definitionen widersprechen, entscheide dich und begründe es.]</w:t>
      </w:r>
    </w:p>
    <w:p>
      <w:pPr>
        <w:pStyle w:val="Heading2"/>
      </w:pPr>
      <w:r>
        <w:t>[Forschungsstand]</w:t>
      </w:r>
    </w:p>
    <w:p>
      <w:pPr>
        <w:spacing w:before="0" w:after="200" w:line="360" w:lineRule="auto"/>
      </w:pPr>
      <w:r>
        <w:rPr>
          <w:rFonts w:ascii="Arial" w:hAnsi="Arial"/>
          <w:b w:val="0"/>
          <w:i/>
          <w:color w:val="555555"/>
          <w:sz w:val="22"/>
        </w:rPr>
        <w:t>[Wer hat zu deiner Frage schon was gesagt? Diese Lücke ist der Platz, an dem deine Arbeit steht.]</w:t>
      </w:r>
    </w:p>
    <w:p>
      <w:pPr>
        <w:pStyle w:val="Heading1"/>
      </w:pPr>
      <w:r>
        <w:t>[Analyse]</w:t>
      </w:r>
    </w:p>
    <w:p>
      <w:pPr>
        <w:pStyle w:val="Heading2"/>
      </w:pPr>
      <w:r>
        <w:t>[Erster Aspekt]</w:t>
      </w:r>
    </w:p>
    <w:p>
      <w:pPr>
        <w:spacing w:before="0" w:after="200" w:line="360" w:lineRule="auto"/>
      </w:pPr>
      <w:r>
        <w:rPr>
          <w:rFonts w:ascii="Arial" w:hAnsi="Arial"/>
          <w:b w:val="0"/>
          <w:i/>
          <w:color w:val="555555"/>
          <w:sz w:val="22"/>
        </w:rPr>
        <w:t>[Ein Gedanke pro Absatz: Behauptung, Beleg, Einordnung. Am Material zeigen, nicht nur behaupten.]</w:t>
      </w:r>
    </w:p>
    <w:p>
      <w:pPr>
        <w:pStyle w:val="Heading2"/>
      </w:pPr>
      <w:r>
        <w:t>[Zweiter Aspekt]</w:t>
      </w:r>
    </w:p>
    <w:p>
      <w:pPr>
        <w:spacing w:before="0" w:after="200" w:line="360" w:lineRule="auto"/>
      </w:pPr>
      <w:r>
        <w:rPr>
          <w:rFonts w:ascii="Arial" w:hAnsi="Arial"/>
          <w:b w:val="0"/>
          <w:i/>
          <w:color w:val="555555"/>
          <w:sz w:val="22"/>
        </w:rPr>
        <w:t>[Hier ist der Ort für die Gegenposition aus dem Seminar. Nenn sie und beantworte sie.]</w:t>
      </w:r>
    </w:p>
    <w:p>
      <w:pPr>
        <w:pStyle w:val="Heading3"/>
      </w:pPr>
      <w:r>
        <w:t>[Unterpunkt, falls du ihn brauchst]</w:t>
      </w:r>
    </w:p>
    <w:p>
      <w:pPr>
        <w:spacing w:before="0" w:after="200" w:line="360" w:lineRule="auto"/>
      </w:pPr>
      <w:r>
        <w:rPr>
          <w:rFonts w:ascii="Arial" w:hAnsi="Arial"/>
          <w:b w:val="0"/>
          <w:i/>
          <w:color w:val="555555"/>
          <w:sz w:val="22"/>
        </w:rPr>
        <w:t>[Dritte Ebene nur, wenn es mindestens zwei Unterpunkte gibt.]</w:t>
      </w:r>
    </w:p>
    <w:p>
      <w:pPr>
        <w:pStyle w:val="Heading1"/>
      </w:pPr>
      <w:r>
        <w:t>Fazit</w:t>
      </w:r>
    </w:p>
    <w:p>
      <w:pPr>
        <w:spacing w:before="0" w:after="200" w:line="360" w:lineRule="auto"/>
      </w:pPr>
      <w:r>
        <w:rPr>
          <w:rFonts w:ascii="Arial" w:hAnsi="Arial"/>
          <w:b w:val="0"/>
          <w:i/>
          <w:color w:val="555555"/>
          <w:sz w:val="22"/>
        </w:rPr>
        <w:t>[Antworte auf die Frage aus der Einleitung, in denselben Worten. Danach: was offen bleibt. Keine neuen Quellen mehr.]</w:t>
      </w:r>
    </w:p>
    <w:p>
      <w:r>
        <w:br w:type="page"/>
      </w:r>
    </w:p>
    <w:p>
      <w:pPr>
        <w:spacing w:before="0" w:after="200" w:line="276" w:lineRule="auto"/>
      </w:pPr>
      <w:r>
        <w:rPr>
          <w:rFonts w:ascii="Arial" w:hAnsi="Arial"/>
          <w:b/>
          <w:i w:val="0"/>
          <w:color w:val="111111"/>
          <w:sz w:val="32"/>
        </w:rPr>
        <w:t>Literaturverzeichnis</w:t>
      </w:r>
    </w:p>
    <w:p>
      <w:pPr>
        <w:spacing w:before="0" w:after="200" w:line="360" w:lineRule="auto"/>
      </w:pPr>
      <w:r>
        <w:rPr>
          <w:rFonts w:ascii="Arial" w:hAnsi="Arial"/>
          <w:b w:val="0"/>
          <w:i/>
          <w:color w:val="555555"/>
          <w:sz w:val="22"/>
        </w:rPr>
        <w:t>Alphabetisch nach Nachname, hängender Einzug, hier in der Form nach APA. Ersetze die Musterzeilen durch deine Quellen.</w:t>
      </w:r>
    </w:p>
    <w:p>
      <w:pPr>
        <w:spacing w:before="0" w:after="120" w:line="276" w:lineRule="auto"/>
      </w:pPr>
      <w:r>
        <w:rPr>
          <w:rFonts w:ascii="Arial" w:hAnsi="Arial"/>
          <w:b w:val="0"/>
          <w:i w:val="0"/>
          <w:color w:val="111111"/>
          <w:sz w:val="22"/>
        </w:rPr>
        <w:t>Nachname, V. (Jahr). Titel des Buches (Auflage). Verlag.</w:t>
      </w:r>
    </w:p>
    <w:p>
      <w:pPr>
        <w:spacing w:before="0" w:after="120" w:line="276" w:lineRule="auto"/>
      </w:pPr>
      <w:r>
        <w:rPr>
          <w:rFonts w:ascii="Arial" w:hAnsi="Arial"/>
          <w:b w:val="0"/>
          <w:i w:val="0"/>
          <w:color w:val="111111"/>
          <w:sz w:val="22"/>
        </w:rPr>
        <w:t>Nachname, V. &amp; Nachname, W. (Jahr). Titel des Aufsatzes. Zeitschrift, Jahrgang(Heft), Seite bis Seite.</w:t>
      </w:r>
    </w:p>
    <w:p>
      <w:pPr>
        <w:spacing w:before="0" w:after="120" w:line="276" w:lineRule="auto"/>
      </w:pPr>
      <w:r>
        <w:rPr>
          <w:rFonts w:ascii="Arial" w:hAnsi="Arial"/>
          <w:b w:val="0"/>
          <w:i w:val="0"/>
          <w:color w:val="111111"/>
          <w:sz w:val="22"/>
        </w:rPr>
        <w:t>Nachname, V. (Jahr). Titel des Beitrags. In V. Herausgeber (Hrsg.), Titel des Sammelbandes (S. [Zahl] bis [Zahl]). Verlag.</w:t>
      </w:r>
    </w:p>
    <w:p>
      <w:pPr>
        <w:sectPr>
          <w:footerReference w:type="default" r:id="rId14"/>
          <w:pgSz w:w="11906" w:h="16838"/>
          <w:pgMar w:top="1417" w:right="1417" w:bottom="1134" w:left="1701" w:header="720" w:footer="720" w:gutter="0"/>
          <w:cols w:space="720"/>
          <w:docGrid w:linePitch="360"/>
          <w:pgNumType w:fmt="decimal" w:start="1"/>
        </w:sectPr>
      </w:pPr>
    </w:p>
    <w:p>
      <w:pPr>
        <w:spacing w:before="0" w:after="200" w:line="276" w:lineRule="auto"/>
      </w:pPr>
      <w:r>
        <w:rPr>
          <w:rFonts w:ascii="Arial" w:hAnsi="Arial"/>
          <w:b/>
          <w:i w:val="0"/>
          <w:color w:val="111111"/>
          <w:sz w:val="32"/>
        </w:rPr>
        <w:t>Eigenständigkeitserklärung</w:t>
      </w:r>
    </w:p>
    <w:p>
      <w:pPr>
        <w:spacing w:before="0" w:after="120" w:line="276" w:lineRule="auto"/>
      </w:pPr>
      <w:r>
        <w:rPr>
          <w:rFonts w:ascii="Arial" w:hAnsi="Arial"/>
          <w:b w:val="0"/>
          <w:i w:val="0"/>
          <w:color w:val="111111"/>
          <w:sz w:val="22"/>
        </w:rPr>
        <w:t>Hiermit versichere ich, dass ich die vorliegende Seminararbeit selbstständig verfasst und keine anderen als die angegebenen Quellen und Hilfsmittel benutzt habe. Alle Stellen, die wörtlich oder sinngemäß aus Veröffentlichungen entnommen sind, habe ich als solche kenntlich gemacht. Die Arbeit hat in gleicher oder ähnlicher Form noch keiner Prüfungsbehörde vorgelegen.</w:t>
      </w:r>
    </w:p>
    <w:p>
      <w:pPr>
        <w:spacing w:before="0" w:after="580" w:line="20" w:lineRule="exact"/>
      </w:pPr>
    </w:p>
    <w:p>
      <w:pPr>
        <w:spacing w:before="0" w:after="0" w:line="276" w:lineRule="auto"/>
      </w:pPr>
      <w:r>
        <w:rPr>
          <w:rFonts w:ascii="Arial" w:hAnsi="Arial"/>
          <w:b w:val="0"/>
          <w:i w:val="0"/>
          <w:color w:val="111111"/>
          <w:sz w:val="22"/>
        </w:rPr>
        <w:t>[Ort], [TT.MM.JJJJ]</w:t>
      </w:r>
    </w:p>
    <w:p>
      <w:pPr>
        <w:spacing w:before="0" w:after="660" w:line="20" w:lineRule="exact"/>
      </w:pPr>
    </w:p>
    <w:p>
      <w:pPr>
        <w:spacing w:before="0" w:after="0" w:line="276" w:lineRule="auto"/>
      </w:pPr>
      <w:r>
        <w:rPr>
          <w:rFonts w:ascii="Arial" w:hAnsi="Arial"/>
          <w:b w:val="0"/>
          <w:i w:val="0"/>
          <w:color w:val="111111"/>
          <w:sz w:val="22"/>
        </w:rPr>
        <w:t>[Unterschrift]</w:t>
      </w:r>
    </w:p>
    <w:p>
      <w:pPr>
        <w:spacing w:before="0" w:after="380" w:line="20" w:lineRule="exact"/>
      </w:pPr>
    </w:p>
    <w:p>
      <w:pPr>
        <w:spacing w:before="0" w:after="80" w:line="276" w:lineRule="auto"/>
      </w:pPr>
      <w:r>
        <w:rPr>
          <w:rFonts w:ascii="Arial" w:hAnsi="Arial"/>
          <w:b w:val="0"/>
          <w:i w:val="0"/>
          <w:color w:val="555555"/>
          <w:sz w:val="18"/>
        </w:rPr>
        <w:t>Verlangt deine Hochschule einen eigenen Wortlaut oder eine Erklärung zur Nutzung von KI, ersetze diesen Text durch ihren.</w:t>
      </w:r>
    </w:p>
    <w:sectPr w:rsidR="00FC693F" w:rsidRPr="0006063C" w:rsidSect="00034616">
      <w:footerReference w:type="default" r:id="rId15"/>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20"/>
      </w:rPr>
      <w:fldChar w:fldCharType="begin"/>
      <w:instrText xml:space="preserve">PAGE</w:instrText>
      <w:fldChar w:fldCharType="separate"/>
      <w:t>1</w: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20"/>
      </w:rPr>
      <w:fldChar w:fldCharType="begin"/>
      <w:instrText xml:space="preserve">PAGE</w:instrText>
      <w:fldChar w:fldCharType="separate"/>
      <w:t>1</w:t>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multilevel"/>
    <w:lvl w:ilvl="0">
      <w:start w:val="1"/>
      <w:numFmt w:val="decimal"/>
      <w:pStyle w:val="Heading1"/>
      <w:lvlText w:val="%1"/>
      <w:lvlJc w:val="left"/>
      <w:pPr>
        <w:ind w:left="0" w:firstLine="0"/>
      </w:p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numPr>
        <w:ilvl w:val="0"/>
        <w:numId w:val="10"/>
      </w:numPr>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numPr>
        <w:ilvl w:val="1"/>
        <w:numId w:val="10"/>
      </w:numPr>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numPr>
        <w:ilvl w:val="2"/>
        <w:numId w:val="10"/>
      </w:numPr>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Seminararbeit: komplette Word-Vorlage</dc:title>
  <dc:subject>Deckblatt mit Seminarangaben, Verzeichnis und Kapitelgeruest</dc:subject>
  <dc:creator>korrektur.de</dc:creator>
  <cp:keywords>Seminararbeit, Vorlage, Muster, Deckblatt, Inhaltsverzeichnis, Gliederung, Word</cp:keywords>
  <dc:description>Kostenlose Vorlage von korrektur.de. Aktuelle Fassung: https://korrektur.de/seminararbeit-beispiel</dc:description>
  <cp:lastModifiedBy>korrektur.de</cp:lastModifiedBy>
  <cp:revision>1</cp:revision>
  <dcterms:created xsi:type="dcterms:W3CDTF">2013-12-23T23:15:00Z</dcterms:created>
  <dcterms:modified xsi:type="dcterms:W3CDTF">2013-12-23T23:15:00Z</dcterms:modified>
  <cp:category>Vorlage</cp:category>
</cp:coreProperties>
</file>