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Exposé für den Verlag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das Gerüst eines Verlagsexposés: Kopf mit den Eckdaten, Kurzpitch und Inhaltsangabe auf Seite 2, Figuren und Vergleichstitel auf Seite 3, Vita und die Sachbuch-Variante auf Seite 4. Kein fertiger Text, sondern die Struktur, mit der ein Lektorat weiterliest.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Einsendung.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die Inhaltsangabe zuerst zu Ende, mit dem Ende. Ein Verlag will wissen, wie die Geschichte ausgeht, nicht raten.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Halt den Kurzpitch auf zwei bis drei Sätze. Das ist der Satz, der über die nächste Seite entscheidet.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Nenn Genre und Umfang klar im Kopf. Ohne beides weiß das Lektorat nicht, in welches Regal das Buch gehört.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Kürz die Vita auf das, was zu diesem Buch passt. Ein Verzeichnis aller Veröffentlichungen gehört nicht hierher.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Verlagsexposés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Cliffhanger statt des Endes. Das Exposé ist keine Werbung, es soll die ganze Geschichte zeigen.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Lob in eigener Sache: „ein mitreißender Roman“. Das beurteilt das Lektorat selbst, nicht der Text.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Umfang fehlt. Ohne Normseitenzahl weiß niemand, ob das Manuskript zum Programm passt.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Genre bleibt unklar. „Irgendwo zwischen Krimi und Liebesroman“ ist kein Genre, sondern eine Absage.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Vita ist zu lang. Drei bis fünf Sätze genügen, alles Weitere lenkt vom Manuskript ab.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Versand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Kopf mit Genre, Umfang und Stand ausgefüllt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Kurzpitch in zwei bis drei Sätzen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Inhaltsangabe verrät auch das Ende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Vergleichstitel mit kurzer Begründung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Vita auf das Buch zugeschnitten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das Exposé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Verlag liest zuerst das Exposé. Wir lesen es vorher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Exposé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Arbeitstitel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[Arbeitstitel]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Genre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[Genre, zum Beispiel Roman, Krimi, Sachbuch]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Umfang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[Zahl] Normseiten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Zielgruppe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[Zielgruppe in einem Satz]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Stand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[fertig, in Überarbeitung, in Arbeit]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Kontakt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[E-Mail-Adresse], [Telefon]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KURZPITCH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[Zwei bis drei Sätze: Worum geht es, und warum jetzt? Kein Klappentext, sondern der Satz, mit dem ein Lektorat weiterliest.]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INHALTSANGABE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[Erzähl die ganze Geschichte, auch das Ende. Nenne Ausgangslage, Konflikt, Wendepunkt und Ende. Ein Verlag will wissen, wie die Geschichte ausgeht, nicht raten.]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Figuren und Markt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Name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Rolle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[Name]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[Hauptfigur]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[Name]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[Nebenfigur]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[Name]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[Gegenspieler]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VERGLEICHSTITEL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[Zwei bis drei Titel, die im selben Regal stehen. Zu jedem ein Satz: was er mit deinem Buch teilt und was deins anders macht.]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ZIELGRUPPE UND MARKT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[Wer liest das Buch, und warum jetzt? Ein Satz zum Markt genügt, keine Studie.]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Vita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VITA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[Drei bis fünf Sätze: Wer bist du, was hast du bisher veröffentlicht oder gemacht, was macht dich für dieses Buch glaubwürdig?]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SACHBUCH-VARIANTE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[Nur bei Sachbüchern: Kapitelplan und Nutzen für die Leserschaft. Bei Romanen diesen Abschnitt löschen.]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Kapitel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Inhalt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[Kapitelinhalt]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[Kapitelinhalt]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3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[Kapitelinhalt]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4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[Kapitelinhalt]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Nutzen für die Leserschaft: [was die Leserschaft aus dem Buch mitnimmt, konkret in einem Satz]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Exposé für den Verlag: Roman und Sachbuch</dc:title>
  <dc:subject>Kopf, Kurzpitch, Inhaltsangabe und Vergleichstitel in einer Vorlage</dc:subject>
  <dc:creator>korrektur.de</dc:creator>
  <cp:keywords>Verlagsexpose, Expose, Vorlage, Muster, Roman, Sachbuch, Manuskript, Verlag, Lektorat, Word</cp:keywords>
  <dc:description>Kostenlose Vorlage von korrektur.de. Aktuelle Fassung: https://korrektur.de/expose-roman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