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Zitier-Checkliste auf einer Seite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Auf der nächsten Seite stehen vier kurze Checklisten für den gesamten Weg vom Schreiben bis zur Abgabe: zum Abhaken, nicht zum Lernen.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nutzt du den Merkzettel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Drucke nur die Seiten ab Seite 2. Diese Anleitungsseite brauchst du nicht an der Wand.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Häng den Zettel dorthin, wo du schreibst, oder leg ihn vorn in die Mappe. Ein Merkzettel wirkt nur, wenn er im Blick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Lies beim Überarbeiten einmal nur nach diesem Zettel durch den Text. Eine Regel pro Durchgang findet mehr als alle auf einmal.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Die Word-Datei darfst du kürzen und ergänzen: streich, was du sicher kannst, und trag deine eigenen Stolperstellen ein.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Wofür der Zettel gedacht ist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Den letzten Durchgang vor der Abgabe, unabhängig davon, welchen Zitierstil die Arbeit verwendet.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Alle, die schon einen Zitierstil beherrschen und nur noch kontrollieren wollen, ob sie ihn durchgehalten haben.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Betreuende und Korrekturleser, die eine Arbeit schnell auf die häufigsten Zitierfehler prüfen wollen.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uns in der Korrektur dazu am häufigsten begegnet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Text und Literaturverzeichnis stimmen nicht überein: Quellen stehen an einer Stelle, an der anderen fehlen sie.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Zitierstile gemischt: teils APA, teils Fußnoten, ohne dass die Prüfungsordnung das erlaubt.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Wörtliche Zitate ohne Anführungszeichen übernommen, mit Belegquelle als einzigem Hinweis auf die Herkunft.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es darauf ankommt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Genau diese vier Punkte prüfen wir vor jeder Abgabe mit. Wenn es wirklich zählt, lassen wir Zitierweise und Beleg von uns gegenlesen: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Diesen Merkzettel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ZITIEREN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Zitier-Checkliste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00" w:after="100"/>
            </w:pPr>
            <w:r>
              <w:rPr>
                <w:rFonts w:ascii="Arial" w:hAnsi="Arial"/>
                <w:b/>
                <w:color w:val="006B46"/>
                <w:sz w:val="22"/>
              </w:rPr>
              <w:t>Jede fremde Idee braucht einen Beleg, jeder Beleg einen Eintrag, jeder Eintrag eine Fundstelle.</w:t>
            </w:r>
          </w:p>
        </w:tc>
      </w:tr>
    </w:tbl>
    <w:p>
      <w:pPr>
        <w:spacing w:before="0" w:after="140" w:line="20" w:lineRule="exact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Vor dem Schreiben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Zitierstil mit der Prüfungsordnung oder dem Betreuer geklärt, nicht selbst entschieden.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Literaturverwaltung eingerichtet (Citavi, Zotero oder vergleichbar), bevor die erste Quelle gelesen wird.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Für jede Quelle sofort alle Angaben notiert, nicht erst am Ende.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Eine feste Vorlage für Vollbeleg oder Klammerbeleg festgelegt.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Im Text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Jedes wörtliche Zitat in Anführungszeichen, jede sinngemäße Übernahme mit „vgl.“ oder gleichwertigem Hinweis.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Bei drei und mehr Autoren durchgehend „et al.“ ab der ersten Nennung verwendet.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Seitenzahlen bei Direktzitaten und wichtigen Einzelaussagen immer angegeben.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„ebd.“ nur direkt nach derselben Quelle verwendet, nie über eine andere Quelle hinweg.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Ein einziger Stil durchgehend, kein Wechsel zwischen Klammerbeleg und Fußnote.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Literaturverzeichnis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Jede Quelle aus dem Text steht im Verzeichnis, und umgekehrt.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Einheitliche Sortierung, meist alphabetisch nach Nachname.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Bei jeder Quellenart dieselben Angaben in derselben Reihenfolge (Autor, Jahr, Titel, Verlag oder URL).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Bei Internetquellen Abrufdatum und vollständige URL vorhanden, wenn der Stil das verlangt.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Vor der Abgabe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Stichprobe: fünf zufällige Belege im Text mit dem Verzeichnis abgeglichen.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Formatierung im Verzeichnis einheitlich: Kursivierung, Einzug, Satzzeichen.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Eigenständigkeitserklärung passt zu den tatsächlich verwendeten Quellen.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Plagiatssoftware oder eine zweite Person hat noch einmal gegengelesen.</w:t>
      </w: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Merkzettel von korrektur.de, frei nutzbar. Stand: September 2026.</w:t>
      </w:r>
    </w:p>
    <w:sectPr w:rsidR="00FC693F" w:rsidRPr="0006063C" w:rsidSect="00034616">
      <w:footerReference w:type="default" r:id="rId12"/>
      <w:pgSz w:w="11906" w:h="16838"/>
      <w:pgMar w:top="964" w:right="1134" w:bottom="850" w:left="1134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Zitier-Checkliste: Merkzettel für den letzten Check vor der Abgabe</dc:title>
  <dc:subject>Merkzettel zum Ausdrucken, eine Seite</dc:subject>
  <dc:creator>korrektur.de</dc:creator>
  <cp:keywords>Zitieren, Checkliste, Zitierregeln, Literaturverzeichnis, Merkzettel</cp:keywords>
  <dc:description>Kostenlose Vorlage von korrektur.de. Aktuelle Fassung: https://korrektur.de/zitieren-regeln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